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i/>
          <w:color w:val="595959"/>
          <w:sz w:val="22"/>
        </w:rPr>
        <w:t>[Title of the Paper in Title Case: Bold and Centered]</w:t>
      </w:r>
    </w:p>
    <w:p>
      <w:pPr>
        <w:spacing w:after="0" w:before="0"/>
      </w:pPr>
    </w:p>
    <w:p>
      <w:pPr>
        <w:spacing w:after="80" w:before="0"/>
        <w:jc w:val="center"/>
      </w:pPr>
      <w:r>
        <w:rPr>
          <w:i/>
          <w:color w:val="595959"/>
          <w:sz w:val="22"/>
        </w:rPr>
        <w:t>[Your First Name Middle Initial. Last Name]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[Department Name]</w:t>
      </w:r>
      <w:r>
        <w:rPr>
          <w:color w:val="595959"/>
          <w:sz w:val="22"/>
        </w:rPr>
        <w:t xml:space="preserve">, </w:t>
      </w:r>
      <w:r>
        <w:rPr>
          <w:i/>
          <w:color w:val="595959"/>
          <w:sz w:val="22"/>
        </w:rPr>
        <w:t>[University Name]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[Course Number]</w:t>
      </w:r>
      <w:r>
        <w:rPr>
          <w:color w:val="595959"/>
          <w:sz w:val="22"/>
        </w:rPr>
        <w:t xml:space="preserve">: </w:t>
      </w:r>
      <w:r>
        <w:rPr>
          <w:i/>
          <w:color w:val="595959"/>
          <w:sz w:val="22"/>
        </w:rPr>
        <w:t>[Course Name]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[Instructor's Name]</w:t>
      </w:r>
    </w:p>
    <w:p>
      <w:pPr>
        <w:spacing w:after="80" w:before="0"/>
        <w:jc w:val="center"/>
      </w:pPr>
      <w:r>
        <w:rPr>
          <w:i/>
          <w:color w:val="595959"/>
          <w:sz w:val="22"/>
        </w:rPr>
        <w:t>[Assignment Due Date: Month Day, Year]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fldChar w:fldCharType="begin"/>
      <w:instrText xml:space="preserve">PAGE</w:instrTex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