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</w:p>
    <w:p>
      <w:pPr>
        <w:spacing w:after="0" w:before="0"/>
      </w:pPr>
    </w:p>
    <w:p>
      <w:pPr>
        <w:spacing w:after="80" w:before="0"/>
        <w:jc w:val="center"/>
      </w:pPr>
      <w:r>
        <w:rPr>
          <w:b/>
          <w:color w:val="333333"/>
          <w:sz w:val="80"/>
        </w:rPr>
        <w:t>Baby Shower</w:t>
      </w:r>
    </w:p>
    <w:p>
      <w:pPr>
        <w:spacing w:after="80" w:before="0"/>
        <w:jc w:val="center"/>
      </w:pPr>
      <w:r>
        <w:rPr>
          <w:color w:val="595959"/>
          <w:sz w:val="26"/>
        </w:rPr>
        <w:t>Please join us for a baby shower honoring</w:t>
      </w:r>
    </w:p>
    <w:p>
      <w:pPr>
        <w:spacing w:after="80" w:before="0"/>
        <w:jc w:val="center"/>
      </w:pPr>
      <w:r>
        <w:rPr>
          <w:b/>
          <w:i/>
          <w:color w:val="595959"/>
          <w:sz w:val="52"/>
        </w:rPr>
        <w:t>[Mom-to-be's Name]</w:t>
      </w: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Date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[Sunday, Month Day, Year]</w:t>
            </w:r>
          </w:p>
        </w:tc>
      </w:tr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Time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[1:00–3:00 PM]</w:t>
            </w:r>
          </w:p>
        </w:tc>
      </w:tr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Place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[Address]</w:t>
            </w:r>
          </w:p>
        </w:tc>
      </w:tr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Registered at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[Store or registry link]</w:t>
            </w:r>
          </w:p>
        </w:tc>
      </w:tr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RSVP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[Host name]</w:t>
            </w:r>
            <w:r>
              <w:rPr>
                <w:sz w:val="22"/>
              </w:rPr>
              <w:t xml:space="preserve"> by </w:t>
            </w:r>
            <w:r>
              <w:rPr>
                <w:i/>
                <w:color w:val="595959"/>
                <w:sz w:val="22"/>
              </w:rPr>
              <w:t>[date]</w:t>
            </w:r>
            <w:r>
              <w:rPr>
                <w:sz w:val="22"/>
              </w:rPr>
              <w:t xml:space="preserve">  ·  </w:t>
            </w:r>
            <w:r>
              <w:rPr>
                <w:i/>
                <w:color w:val="595959"/>
                <w:sz w:val="22"/>
              </w:rPr>
              <w:t>[Phone or email]</w:t>
            </w:r>
          </w:p>
        </w:tc>
      </w:tr>
    </w:tbl>
    <w:p>
      <w:pPr>
        <w:spacing w:after="0" w:before="0"/>
      </w:pPr>
    </w:p>
    <w:p>
      <w:pPr>
        <w:spacing w:after="0" w:before="0"/>
      </w:pPr>
    </w:p>
    <w:p>
      <w:pPr>
        <w:spacing w:after="80" w:before="0"/>
        <w:jc w:val="center"/>
      </w:pPr>
      <w:r>
        <w:rPr>
          <w:i/>
          <w:color w:val="595959"/>
          <w:sz w:val="22"/>
        </w:rPr>
        <w:t>[Hosted by Name &amp; Name]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  <w:pgBorders w:offsetFrom="page">
        <w:top w:val="double" w:sz="18" w:space="24" w:color="2E74B5"/>
        <w:left w:val="double" w:sz="18" w:space="24" w:color="2E74B5"/>
        <w:bottom w:val="double" w:sz="18" w:space="24" w:color="2E74B5"/>
        <w:right w:val="double" w:sz="18" w:space="24" w:color="2E74B5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