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color w:val="333333"/>
          <w:sz w:val="80"/>
        </w:rPr>
        <w:t>You're Invited!</w:t>
      </w:r>
    </w:p>
    <w:p>
      <w:pPr>
        <w:spacing w:after="80" w:before="0"/>
        <w:jc w:val="center"/>
      </w:pPr>
      <w:r>
        <w:rPr>
          <w:color w:val="595959"/>
          <w:sz w:val="26"/>
        </w:rPr>
        <w:t>Join us to celebrate</w:t>
      </w:r>
    </w:p>
    <w:p>
      <w:pPr>
        <w:spacing w:after="80" w:before="0"/>
        <w:jc w:val="center"/>
      </w:pPr>
      <w:r>
        <w:rPr>
          <w:b/>
          <w:i/>
          <w:color w:val="595959"/>
          <w:sz w:val="52"/>
        </w:rPr>
        <w:t>[Name]</w:t>
      </w:r>
      <w:r>
        <w:rPr>
          <w:b/>
          <w:sz w:val="52"/>
        </w:rPr>
        <w:t xml:space="preserve">'s </w:t>
      </w:r>
      <w:r>
        <w:rPr>
          <w:b/>
          <w:i/>
          <w:color w:val="595959"/>
          <w:sz w:val="52"/>
        </w:rPr>
        <w:t>[7th]</w:t>
      </w:r>
      <w:r>
        <w:rPr>
          <w:b/>
          <w:sz w:val="52"/>
        </w:rPr>
        <w:t xml:space="preserve"> Birthday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When</w:t>
            </w:r>
          </w:p>
        </w:tc>
        <w:tc>
          <w:tcPr>
            <w:tcW w:type="dxa" w:w="7344"/>
          </w:tcPr>
          <w:p>
            <w:r>
              <w:rPr>
                <w:i/>
                <w:color w:val="595959"/>
                <w:sz w:val="22"/>
              </w:rPr>
              <w:t>[Saturday, Month Day]</w:t>
            </w:r>
            <w:r>
              <w:rPr>
                <w:sz w:val="22"/>
              </w:rPr>
              <w:t xml:space="preserve">  ·  </w:t>
            </w:r>
            <w:r>
              <w:rPr>
                <w:i/>
                <w:color w:val="595959"/>
                <w:sz w:val="22"/>
              </w:rPr>
              <w:t>[2:00–4:00 PM]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Where</w:t>
            </w:r>
          </w:p>
        </w:tc>
        <w:tc>
          <w:tcPr>
            <w:tcW w:type="dxa" w:w="7344"/>
          </w:tcPr>
          <w:p>
            <w:r>
              <w:rPr>
                <w:i/>
                <w:color w:val="595959"/>
                <w:sz w:val="22"/>
              </w:rPr>
              <w:t>[Venue or home address]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Theme</w:t>
            </w:r>
          </w:p>
        </w:tc>
        <w:tc>
          <w:tcPr>
            <w:tcW w:type="dxa" w:w="7344"/>
          </w:tcPr>
          <w:p>
            <w:r>
              <w:rPr>
                <w:i/>
                <w:color w:val="595959"/>
                <w:sz w:val="22"/>
              </w:rPr>
              <w:t>[Superheroes / Unicorns / Pool party]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RSVP</w:t>
            </w:r>
          </w:p>
        </w:tc>
        <w:tc>
          <w:tcPr>
            <w:tcW w:type="dxa" w:w="7344"/>
          </w:tcPr>
          <w:p>
            <w:r>
              <w:rPr>
                <w:i/>
                <w:color w:val="595959"/>
                <w:sz w:val="22"/>
              </w:rPr>
              <w:t>[Parent name]</w:t>
            </w:r>
            <w:r>
              <w:rPr>
                <w:sz w:val="22"/>
              </w:rPr>
              <w:t xml:space="preserve"> by </w:t>
            </w:r>
            <w:r>
              <w:rPr>
                <w:i/>
                <w:color w:val="595959"/>
                <w:sz w:val="22"/>
              </w:rPr>
              <w:t>[date]</w:t>
            </w:r>
            <w:r>
              <w:rPr>
                <w:sz w:val="22"/>
              </w:rPr>
              <w:t xml:space="preserve">  ·  </w:t>
            </w:r>
            <w:r>
              <w:rPr>
                <w:i/>
                <w:color w:val="595959"/>
                <w:sz w:val="22"/>
              </w:rPr>
              <w:t>[Phone or email]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i/>
          <w:color w:val="595959"/>
          <w:sz w:val="22"/>
        </w:rPr>
        <w:t>[Bring a swimsuit and towel! / Gifts optional — your presence is the best present.]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  <w:pgBorders w:offsetFrom="page">
        <w:top w:val="double" w:sz="18" w:space="24" w:color="2E74B5"/>
        <w:left w:val="double" w:sz="18" w:space="24" w:color="2E74B5"/>
        <w:bottom w:val="double" w:sz="18" w:space="24" w:color="2E74B5"/>
        <w:right w:val="double" w:sz="18" w:space="24" w:color="2E74B5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