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0"/>
        </w:rPr>
        <w:t>BOOK REPORT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440"/>
            <w:shd w:val="clear" w:color="auto" w:fill="F2F2F2"/>
          </w:tcPr>
          <w:p>
            <w:r>
              <w:rPr>
                <w:b/>
                <w:sz w:val="22"/>
              </w:rPr>
              <w:t>Student</w:t>
            </w:r>
          </w:p>
        </w:tc>
        <w:tc>
          <w:tcPr>
            <w:tcW w:type="dxa" w:w="3312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1440"/>
            <w:shd w:val="clear" w:color="auto" w:fill="F2F2F2"/>
          </w:tcPr>
          <w:p>
            <w:r>
              <w:rPr>
                <w:b/>
                <w:sz w:val="22"/>
              </w:rPr>
              <w:t>Class</w:t>
            </w:r>
          </w:p>
        </w:tc>
        <w:tc>
          <w:tcPr>
            <w:tcW w:type="dxa" w:w="31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1440"/>
            <w:shd w:val="clear" w:color="auto" w:fill="F2F2F2"/>
          </w:tcPr>
          <w:p>
            <w:r>
              <w:rPr>
                <w:b/>
                <w:sz w:val="22"/>
              </w:rPr>
              <w:t>Teacher</w:t>
            </w:r>
          </w:p>
        </w:tc>
        <w:tc>
          <w:tcPr>
            <w:tcW w:type="dxa" w:w="3312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1440"/>
            <w:shd w:val="clear" w:color="auto" w:fill="F2F2F2"/>
          </w:tcPr>
          <w:p>
            <w:r>
              <w:rPr>
                <w:b/>
                <w:sz w:val="22"/>
              </w:rPr>
              <w:t>Date</w:t>
            </w:r>
          </w:p>
        </w:tc>
        <w:tc>
          <w:tcPr>
            <w:tcW w:type="dxa" w:w="31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ABOUT THE BOOK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592"/>
            <w:shd w:val="clear" w:color="auto" w:fill="F2F2F2"/>
          </w:tcPr>
          <w:p>
            <w:r>
              <w:rPr>
                <w:b/>
                <w:sz w:val="22"/>
              </w:rPr>
              <w:t>Title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2592"/>
            <w:shd w:val="clear" w:color="auto" w:fill="F2F2F2"/>
          </w:tcPr>
          <w:p>
            <w:r>
              <w:rPr>
                <w:b/>
                <w:sz w:val="22"/>
              </w:rPr>
              <w:t>Author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2592"/>
            <w:shd w:val="clear" w:color="auto" w:fill="F2F2F2"/>
          </w:tcPr>
          <w:p>
            <w:r>
              <w:rPr>
                <w:b/>
                <w:sz w:val="22"/>
              </w:rPr>
              <w:t>Genre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2592"/>
            <w:shd w:val="clear" w:color="auto" w:fill="F2F2F2"/>
          </w:tcPr>
          <w:p>
            <w:r>
              <w:rPr>
                <w:b/>
                <w:sz w:val="22"/>
              </w:rPr>
              <w:t>Pages / published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SUMMARY</w:t>
      </w:r>
    </w:p>
    <w:p>
      <w:pPr>
        <w:spacing w:after="160" w:before="0"/>
      </w:pPr>
      <w:r>
        <w:rPr>
          <w:i/>
          <w:color w:val="595959"/>
          <w:sz w:val="22"/>
        </w:rPr>
        <w:t>[What happens in the book: beginning, middle and end, in your own words, without giving away every detail.]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MAIN CHARACTERS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592"/>
            <w:shd w:val="clear" w:color="auto" w:fill="D9E2F3"/>
          </w:tcPr>
          <w:p>
            <w:r>
              <w:rPr>
                <w:b/>
                <w:sz w:val="22"/>
              </w:rPr>
              <w:t>Character</w:t>
            </w:r>
          </w:p>
        </w:tc>
        <w:tc>
          <w:tcPr>
            <w:tcW w:type="dxa" w:w="6768"/>
            <w:shd w:val="clear" w:color="auto" w:fill="D9E2F3"/>
          </w:tcPr>
          <w:p>
            <w:r>
              <w:rPr>
                <w:b/>
                <w:sz w:val="22"/>
              </w:rPr>
              <w:t>Description</w:t>
            </w:r>
          </w:p>
        </w:tc>
      </w:tr>
      <w:tr>
        <w:tc>
          <w:tcPr>
            <w:tcW w:type="dxa" w:w="2592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[Who they are and what they want]</w:t>
            </w:r>
          </w:p>
        </w:tc>
      </w:tr>
      <w:tr>
        <w:tc>
          <w:tcPr>
            <w:tcW w:type="dxa" w:w="2592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2592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67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SETTING</w:t>
      </w:r>
    </w:p>
    <w:p>
      <w:pPr>
        <w:spacing w:after="160" w:before="0"/>
      </w:pPr>
      <w:r>
        <w:rPr>
          <w:i/>
          <w:color w:val="595959"/>
          <w:sz w:val="22"/>
        </w:rPr>
        <w:t>[Where and when the story takes place, and how the setting matters.]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THEME</w:t>
      </w:r>
    </w:p>
    <w:p>
      <w:pPr>
        <w:spacing w:after="160" w:before="0"/>
      </w:pPr>
      <w:r>
        <w:rPr>
          <w:i/>
          <w:color w:val="595959"/>
          <w:sz w:val="22"/>
        </w:rPr>
        <w:t>[The big idea or lesson of the book, with an example from the story.]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FAVORITE PART OR QUOTE</w:t>
      </w:r>
    </w:p>
    <w:p>
      <w:pPr>
        <w:spacing w:after="160" w:before="0"/>
      </w:pPr>
      <w:r>
        <w:rPr>
          <w:i/>
          <w:color w:val="595959"/>
          <w:sz w:val="22"/>
        </w:rPr>
        <w:t>[Quote or describe it, with the page number, and explain why you chose it.]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MY OPINION</w:t>
      </w:r>
    </w:p>
    <w:p>
      <w:pPr>
        <w:spacing w:after="160" w:before="0"/>
      </w:pPr>
      <w:r>
        <w:rPr>
          <w:sz w:val="22"/>
        </w:rPr>
        <w:t>Rating: ☆ ☆ ☆ ☆ ☆</w:t>
      </w:r>
      <w:r>
        <w:br/>
      </w:r>
      <w:r>
        <w:rPr>
          <w:i/>
          <w:color w:val="595959"/>
          <w:sz w:val="22"/>
        </w:rPr>
        <w:t>[Would you recommend it? To whom, and why?]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