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0"/>
        <w:gridCol w:w="5040"/>
      </w:tblGrid>
      <w:tr>
        <w:trPr>
          <w:trHeight w:val="2880" w:hRule="exact"/>
        </w:trPr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</w:tr>
      <w:tr>
        <w:trPr>
          <w:trHeight w:val="2880" w:hRule="exact"/>
        </w:trPr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  <w:tc>
          <w:tcPr>
            <w:tcW w:type="dxa" w:w="5040"/>
            <w:tcMar>
              <w:top w:w="144" w:type="dxa"/>
              <w:left w:w="432" w:type="dxa"/>
              <w:bottom w:w="144" w:type="dxa"/>
              <w:right w:w="288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color w:val="1F3864"/>
                <w:sz w:val="28"/>
              </w:rPr>
              <w:t>[Your Name]</w:t>
            </w:r>
          </w:p>
          <w:p>
            <w:pPr>
              <w:spacing w:after="160" w:before="0" w:line="240" w:lineRule="auto"/>
              <w:jc w:val="left"/>
            </w:pPr>
            <w:r>
              <w:rPr>
                <w:b w:val="0"/>
                <w:i w:val="0"/>
                <w:color w:val="595959"/>
                <w:sz w:val="18"/>
              </w:rPr>
              <w:t>[Job Title]</w:t>
            </w:r>
          </w:p>
          <w:p>
            <w:pPr>
              <w:spacing w:after="60" w:before="0" w:line="240" w:lineRule="auto"/>
              <w:jc w:val="left"/>
            </w:pPr>
            <w:r>
              <w:rPr>
                <w:b/>
                <w:i w:val="0"/>
                <w:color w:val="2E74B5"/>
                <w:sz w:val="19"/>
              </w:rPr>
              <w:t>[COMPANY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[(555) 010-1234]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[name@company.com]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17"/>
              </w:rPr>
              <w:t>[www.company.com]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2240" w:h="15840"/>
      <w:pgMar w:top="720" w:right="1080" w:bottom="504" w:left="108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