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i/>
          <w:color w:val="595959"/>
        </w:rPr>
        <w:t>[Your Full Name or Company Name]</w:t>
      </w:r>
    </w:p>
    <w:p>
      <w:pPr>
        <w:spacing w:after="20"/>
      </w:pPr>
      <w:r>
        <w:rPr>
          <w:i/>
          <w:color w:val="595959"/>
        </w:rPr>
        <w:t>[Street Address]</w:t>
      </w:r>
    </w:p>
    <w:p>
      <w:pPr>
        <w:spacing w:after="20"/>
      </w:pPr>
      <w:r>
        <w:rPr>
          <w:i/>
          <w:color w:val="595959"/>
        </w:rPr>
        <w:t>[City, State ZIP]</w:t>
      </w:r>
    </w:p>
    <w:p>
      <w:pPr>
        <w:spacing w:after="20"/>
      </w:pPr>
      <w:r>
        <w:rPr>
          <w:i/>
          <w:color w:val="595959"/>
        </w:rPr>
        <w:t>[Phone Number]  |  [Email Address]</w:t>
      </w:r>
    </w:p>
    <w:p/>
    <w:p>
      <w:r>
        <w:rPr>
          <w:i/>
          <w:color w:val="595959"/>
          <w:sz w:val="22"/>
        </w:rPr>
        <w:t>[[Date]]</w:t>
      </w:r>
    </w:p>
    <w:p/>
    <w:p>
      <w:pPr>
        <w:spacing w:after="20"/>
      </w:pPr>
      <w:r>
        <w:rPr>
          <w:i/>
          <w:color w:val="595959"/>
          <w:sz w:val="22"/>
        </w:rPr>
        <w:t>[Recipient Name]</w:t>
      </w:r>
    </w:p>
    <w:p>
      <w:pPr>
        <w:spacing w:after="20"/>
      </w:pPr>
      <w:r>
        <w:rPr>
          <w:i/>
          <w:color w:val="595959"/>
          <w:sz w:val="22"/>
        </w:rPr>
        <w:t>[Recipient Title]</w:t>
      </w:r>
    </w:p>
    <w:p>
      <w:pPr>
        <w:spacing w:after="20"/>
      </w:pPr>
      <w:r>
        <w:rPr>
          <w:i/>
          <w:color w:val="595959"/>
          <w:sz w:val="22"/>
        </w:rPr>
        <w:t>[Company Name]</w:t>
      </w:r>
    </w:p>
    <w:p>
      <w:pPr>
        <w:spacing w:after="20"/>
      </w:pPr>
      <w:r>
        <w:rPr>
          <w:i/>
          <w:color w:val="595959"/>
          <w:sz w:val="22"/>
        </w:rPr>
        <w:t>[Street Address]</w:t>
      </w:r>
    </w:p>
    <w:p>
      <w:pPr>
        <w:spacing w:after="20"/>
      </w:pPr>
      <w:r>
        <w:rPr>
          <w:i/>
          <w:color w:val="595959"/>
          <w:sz w:val="22"/>
        </w:rPr>
        <w:t>[City, State ZIP]</w:t>
      </w:r>
    </w:p>
    <w:p/>
    <w:p>
      <w:r>
        <w:rPr>
          <w:b/>
        </w:rPr>
        <w:t>Re: [Subject of Letter]</w:t>
      </w:r>
    </w:p>
    <w:p>
      <w:r>
        <w:t>Dear [Recipient Name],</w:t>
      </w:r>
    </w:p>
    <w:p>
      <w:pPr>
        <w:jc w:val="both"/>
      </w:pPr>
      <w:r>
        <w:rPr>
          <w:i/>
          <w:color w:val="595959"/>
        </w:rPr>
        <w:t>[Opening paragraph: state the purpose of your letter clearly in two to three sentences.]</w:t>
      </w:r>
    </w:p>
    <w:p>
      <w:pPr>
        <w:jc w:val="both"/>
      </w:pPr>
      <w:r>
        <w:rPr>
          <w:i/>
          <w:color w:val="595959"/>
        </w:rPr>
        <w:t>[Body paragraph(s): provide the details, background, or request. Keep paragraphs short and focused — one idea per paragraph.]</w:t>
      </w:r>
    </w:p>
    <w:p>
      <w:pPr>
        <w:jc w:val="both"/>
      </w:pPr>
      <w:r>
        <w:rPr>
          <w:i/>
          <w:color w:val="595959"/>
        </w:rPr>
        <w:t>[Closing paragraph: state what happens next or what you are asking the recipient to do, and thank them for their time.]</w:t>
      </w:r>
    </w:p>
    <w:p>
      <w:r>
        <w:t>Sincerely,</w:t>
      </w:r>
    </w:p>
    <w:p/>
    <w:p/>
    <w:p/>
    <w:p>
      <w:r>
        <w:rPr>
          <w:i/>
          <w:color w:val="595959"/>
          <w:sz w:val="22"/>
        </w:rPr>
        <w:t>[[Your Full Name]]</w:t>
      </w:r>
    </w:p>
    <w:p>
      <w:r>
        <w:rPr>
          <w:i/>
          <w:color w:val="595959"/>
          <w:sz w:val="22"/>
        </w:rPr>
        <w:t>[[Your Title, if applicable]]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