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E74B5"/>
          <w:sz w:val="44"/>
        </w:rPr>
        <w:t>Business Plan</w:t>
      </w:r>
    </w:p>
    <w:p>
      <w:pPr>
        <w:jc w:val="center"/>
      </w:pPr>
      <w:r>
        <w:rPr>
          <w:b/>
          <w:sz w:val="32"/>
        </w:rPr>
        <w:t>[Your Business Name]</w:t>
      </w:r>
    </w:p>
    <w:p>
      <w:pPr>
        <w:jc w:val="center"/>
      </w:pPr>
      <w:r>
        <w:rPr>
          <w:i/>
          <w:color w:val="595959"/>
        </w:rPr>
        <w:t>[Tagline or one-sentence description]</w:t>
      </w:r>
    </w:p>
    <w:p>
      <w:pPr>
        <w:pBdr>
          <w:bottom w:val="single" w:sz="8" w:space="1" w:color="2E74B5"/>
        </w:pBdr>
        <w:spacing w:after="160"/>
      </w:pPr>
    </w:p>
    <w:p>
      <w:pPr>
        <w:spacing w:before="240" w:after="80"/>
      </w:pPr>
      <w:r>
        <w:rPr>
          <w:b/>
          <w:color w:val="2E74B5"/>
          <w:sz w:val="24"/>
        </w:rPr>
        <w:t>1. EXECUTIVE SUMMARY</w:t>
      </w:r>
    </w:p>
    <w:p>
      <w:r>
        <w:rPr>
          <w:i/>
          <w:color w:val="595959"/>
          <w:sz w:val="22"/>
        </w:rPr>
        <w:t>[Summarize the entire plan in one page: what the business does, the market opportunity, your edge, and what you need. Write this section last.]</w:t>
      </w:r>
    </w:p>
    <w:p>
      <w:pPr>
        <w:spacing w:before="240" w:after="80"/>
      </w:pPr>
      <w:r>
        <w:rPr>
          <w:b/>
          <w:color w:val="2E74B5"/>
          <w:sz w:val="24"/>
        </w:rPr>
        <w:t>2. COMPANY DESCRIPTION</w:t>
      </w:r>
    </w:p>
    <w:p>
      <w:r>
        <w:rPr>
          <w:i/>
          <w:color w:val="595959"/>
          <w:sz w:val="22"/>
        </w:rPr>
        <w:t>[Mission statement, legal structure, location, and the story behind the business. What problem do you solve, and for whom?]</w:t>
      </w:r>
    </w:p>
    <w:p>
      <w:pPr>
        <w:spacing w:before="240" w:after="80"/>
      </w:pPr>
      <w:r>
        <w:rPr>
          <w:b/>
          <w:color w:val="2E74B5"/>
          <w:sz w:val="24"/>
        </w:rPr>
        <w:t>3. MARKET ANALYSIS</w:t>
      </w:r>
    </w:p>
    <w:p>
      <w:r>
        <w:rPr>
          <w:i/>
          <w:color w:val="595959"/>
          <w:sz w:val="22"/>
        </w:rPr>
        <w:t>[Industry overview, target customer profile, market size, key competitors, and your competitive advantage. Be specific — vague claims convince no one.]</w:t>
      </w:r>
    </w:p>
    <w:p>
      <w:pPr>
        <w:spacing w:before="240" w:after="80"/>
      </w:pPr>
      <w:r>
        <w:rPr>
          <w:b/>
          <w:color w:val="2E74B5"/>
          <w:sz w:val="24"/>
        </w:rPr>
        <w:t>4. PRODUCTS &amp; SERVICES</w:t>
      </w:r>
    </w:p>
    <w:p>
      <w:r>
        <w:rPr>
          <w:i/>
          <w:color w:val="595959"/>
          <w:sz w:val="22"/>
        </w:rPr>
        <w:t>[What you sell, pricing, and what makes it different. Include your product roadmap if you have one.]</w:t>
      </w:r>
    </w:p>
    <w:p>
      <w:pPr>
        <w:spacing w:before="240" w:after="80"/>
      </w:pPr>
      <w:r>
        <w:rPr>
          <w:b/>
          <w:color w:val="2E74B5"/>
          <w:sz w:val="24"/>
        </w:rPr>
        <w:t>5. MARKETING &amp; SALES STRATEGY</w:t>
      </w:r>
    </w:p>
    <w:p>
      <w:r>
        <w:rPr>
          <w:i/>
          <w:color w:val="595959"/>
          <w:sz w:val="22"/>
        </w:rPr>
        <w:t>[How customers find you and how you close them: channels, messaging, pricing strategy, and sales process.]</w:t>
      </w:r>
    </w:p>
    <w:p>
      <w:pPr>
        <w:spacing w:before="240" w:after="80"/>
      </w:pPr>
      <w:r>
        <w:rPr>
          <w:b/>
          <w:color w:val="2E74B5"/>
          <w:sz w:val="24"/>
        </w:rPr>
        <w:t>6. OPERATIONS PLAN</w:t>
      </w:r>
    </w:p>
    <w:p>
      <w:r>
        <w:rPr>
          <w:i/>
          <w:color w:val="595959"/>
          <w:sz w:val="22"/>
        </w:rPr>
        <w:t>[Day-to-day running of the business: location, equipment, suppliers, key processes, and milestones for the next 12 months.]</w:t>
      </w:r>
    </w:p>
    <w:p>
      <w:pPr>
        <w:spacing w:before="240" w:after="80"/>
      </w:pPr>
      <w:r>
        <w:rPr>
          <w:b/>
          <w:color w:val="2E74B5"/>
          <w:sz w:val="24"/>
        </w:rPr>
        <w:t>7. FINANCIAL PLAN</w:t>
      </w:r>
    </w:p>
    <w:p>
      <w:r>
        <w:rPr>
          <w:i/>
          <w:color w:val="595959"/>
          <w:sz w:val="22"/>
        </w:rPr>
        <w:t>[Startup costs, monthly burn, revenue projections, and break-even point. Fill in the table below with your best estimates — then stress-test them.]</w:t>
      </w:r>
    </w:p>
    <w:p>
      <w:pP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val="clear" w:color="auto" w:fill="D9E2F3"/>
          </w:tcPr>
          <w:p>
            <w:r>
              <w:rPr>
                <w:b/>
              </w:rPr>
              <w:t>Year</w:t>
            </w:r>
          </w:p>
        </w:tc>
        <w:tc>
          <w:tcPr>
            <w:tcW w:type="dxa" w:w="2340"/>
            <w:shd w:val="clear" w:color="auto" w:fill="D9E2F3"/>
          </w:tcPr>
          <w:p>
            <w:r>
              <w:rPr>
                <w:b/>
              </w:rPr>
              <w:t>Projected Revenue</w:t>
            </w:r>
          </w:p>
        </w:tc>
        <w:tc>
          <w:tcPr>
            <w:tcW w:type="dxa" w:w="2340"/>
            <w:shd w:val="clear" w:color="auto" w:fill="D9E2F3"/>
          </w:tcPr>
          <w:p>
            <w:r>
              <w:rPr>
                <w:b/>
              </w:rPr>
              <w:t>Projected Expenses</w:t>
            </w:r>
          </w:p>
        </w:tc>
        <w:tc>
          <w:tcPr>
            <w:tcW w:type="dxa" w:w="2340"/>
            <w:shd w:val="clear" w:color="auto" w:fill="D9E2F3"/>
          </w:tcPr>
          <w:p>
            <w:r>
              <w:rPr>
                <w:b/>
              </w:rPr>
              <w:t>Projected Profit</w:t>
            </w:r>
          </w:p>
        </w:tc>
      </w:tr>
      <w:tr>
        <w:tc>
          <w:tcPr>
            <w:tcW w:type="dxa" w:w="2340"/>
          </w:tcPr>
          <w:p>
            <w:r>
              <w:rPr>
                <w:i/>
                <w:color w:val="595959"/>
              </w:rPr>
              <w:t>[Year 1]</w:t>
            </w:r>
          </w:p>
        </w:tc>
        <w:tc>
          <w:tcPr>
            <w:tcW w:type="dxa" w:w="2340"/>
          </w:tcPr>
          <w:p>
            <w:r>
              <w:rPr>
                <w:i/>
                <w:color w:val="595959"/>
              </w:rPr>
              <w:t>[$0]</w:t>
            </w:r>
          </w:p>
        </w:tc>
        <w:tc>
          <w:tcPr>
            <w:tcW w:type="dxa" w:w="2340"/>
          </w:tcPr>
          <w:p>
            <w:r>
              <w:rPr>
                <w:i/>
                <w:color w:val="595959"/>
              </w:rPr>
              <w:t>[$0]</w:t>
            </w:r>
          </w:p>
        </w:tc>
        <w:tc>
          <w:tcPr>
            <w:tcW w:type="dxa" w:w="2340"/>
          </w:tcPr>
          <w:p>
            <w:r>
              <w:rPr>
                <w:i/>
                <w:color w:val="595959"/>
              </w:rPr>
              <w:t>[$0]</w:t>
            </w:r>
          </w:p>
        </w:tc>
      </w:tr>
      <w:tr>
        <w:tc>
          <w:tcPr>
            <w:tcW w:type="dxa" w:w="2340"/>
          </w:tcPr>
          <w:p>
            <w:r>
              <w:rPr>
                <w:i/>
                <w:color w:val="595959"/>
              </w:rPr>
              <w:t>[Year 2]</w:t>
            </w:r>
          </w:p>
        </w:tc>
        <w:tc>
          <w:tcPr>
            <w:tcW w:type="dxa" w:w="2340"/>
          </w:tcPr>
          <w:p>
            <w:r>
              <w:rPr>
                <w:i/>
                <w:color w:val="595959"/>
              </w:rPr>
              <w:t>[$0]</w:t>
            </w:r>
          </w:p>
        </w:tc>
        <w:tc>
          <w:tcPr>
            <w:tcW w:type="dxa" w:w="2340"/>
          </w:tcPr>
          <w:p>
            <w:r>
              <w:rPr>
                <w:i/>
                <w:color w:val="595959"/>
              </w:rPr>
              <w:t>[$0]</w:t>
            </w:r>
          </w:p>
        </w:tc>
        <w:tc>
          <w:tcPr>
            <w:tcW w:type="dxa" w:w="2340"/>
          </w:tcPr>
          <w:p>
            <w:r>
              <w:rPr>
                <w:i/>
                <w:color w:val="595959"/>
              </w:rPr>
              <w:t>[$0]</w:t>
            </w:r>
          </w:p>
        </w:tc>
      </w:tr>
      <w:tr>
        <w:tc>
          <w:tcPr>
            <w:tcW w:type="dxa" w:w="2340"/>
          </w:tcPr>
          <w:p>
            <w:r>
              <w:rPr>
                <w:i/>
                <w:color w:val="595959"/>
              </w:rPr>
              <w:t>[Year 3]</w:t>
            </w:r>
          </w:p>
        </w:tc>
        <w:tc>
          <w:tcPr>
            <w:tcW w:type="dxa" w:w="2340"/>
          </w:tcPr>
          <w:p>
            <w:r>
              <w:rPr>
                <w:i/>
                <w:color w:val="595959"/>
              </w:rPr>
              <w:t>[$0]</w:t>
            </w:r>
          </w:p>
        </w:tc>
        <w:tc>
          <w:tcPr>
            <w:tcW w:type="dxa" w:w="2340"/>
          </w:tcPr>
          <w:p>
            <w:r>
              <w:rPr>
                <w:i/>
                <w:color w:val="595959"/>
              </w:rPr>
              <w:t>[$0]</w:t>
            </w:r>
          </w:p>
        </w:tc>
        <w:tc>
          <w:tcPr>
            <w:tcW w:type="dxa" w:w="2340"/>
          </w:tcPr>
          <w:p>
            <w:r>
              <w:rPr>
                <w:i/>
                <w:color w:val="595959"/>
              </w:rPr>
              <w:t>[$0]</w:t>
            </w:r>
          </w:p>
        </w:tc>
      </w:tr>
    </w:tbl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