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/>
    <w:p/>
    <w:p>
      <w:pPr>
        <w:jc w:val="center"/>
      </w:pPr>
      <w:r>
        <w:rPr>
          <w:b/>
          <w:color w:val="2E74B5"/>
          <w:sz w:val="60"/>
        </w:rPr>
        <w:t>Certificate of Achievement</w:t>
      </w:r>
    </w:p>
    <w:p>
      <w:pPr>
        <w:pBdr>
          <w:bottom w:val="single" w:sz="8" w:space="1" w:color="2E74B5"/>
        </w:pBdr>
        <w:spacing w:after="160"/>
      </w:pPr>
    </w:p>
    <w:p/>
    <w:p>
      <w:pPr>
        <w:jc w:val="center"/>
      </w:pPr>
      <w:r>
        <w:rPr>
          <w:i/>
          <w:color w:val="595959"/>
          <w:sz w:val="26"/>
        </w:rPr>
        <w:t>This certificate is proudly presented to</w:t>
      </w:r>
    </w:p>
    <w:p>
      <w:pPr>
        <w:jc w:val="center"/>
      </w:pPr>
      <w:r>
        <w:rPr>
          <w:b/>
          <w:sz w:val="48"/>
        </w:rPr>
        <w:t>[Recipient Name]</w:t>
      </w:r>
    </w:p>
    <w:p>
      <w:pPr>
        <w:jc w:val="center"/>
      </w:pPr>
      <w:r>
        <w:rPr>
          <w:i/>
          <w:color w:val="595959"/>
          <w:sz w:val="26"/>
        </w:rPr>
        <w:t>In recognition of outstanding achievement in</w:t>
      </w:r>
    </w:p>
    <w:p>
      <w:pPr>
        <w:jc w:val="center"/>
      </w:pPr>
      <w:r>
        <w:rPr>
          <w:b/>
          <w:sz w:val="28"/>
        </w:rPr>
        <w:t>[Describe the achievement, course, or milestone]</w:t>
      </w:r>
    </w:p>
    <w:p/>
    <w:p>
      <w:pPr>
        <w:jc w:val="center"/>
      </w:pPr>
      <w:r>
        <w:rPr>
          <w:color w:val="595959"/>
          <w:sz w:val="24"/>
        </w:rPr>
        <w:t>Presented on [Date]</w:t>
      </w:r>
    </w:p>
    <w:p/>
    <w:p/>
    <w:p/>
    <w:tbl>
      <w:tblPr>
        <w:tblW w:type="auto" w:w="0"/>
        <w:tblLook w:firstColumn="1" w:firstRow="1" w:lastColumn="0" w:lastRow="0" w:noHBand="0" w:noVBand="1" w:val="04A0"/>
      </w:tblPr>
      <w:tblGrid>
        <w:gridCol w:w="4392"/>
        <w:gridCol w:w="4392"/>
      </w:tblGrid>
      <w:tr>
        <w:tc>
          <w:tcPr>
            <w:tcW w:type="dxa" w:w="4392"/>
          </w:tcPr>
          <w:p>
            <w:pPr>
              <w:jc w:val="center"/>
            </w:pPr>
            <w:r>
              <w:rPr>
                <w:color w:val="595959"/>
                <w:sz w:val="20"/>
              </w:rPr>
              <w:t>________________________________</w:t>
            </w:r>
          </w:p>
        </w:tc>
        <w:tc>
          <w:tcPr>
            <w:tcW w:type="dxa" w:w="4392"/>
          </w:tcPr>
          <w:p>
            <w:pPr>
              <w:jc w:val="center"/>
            </w:pPr>
            <w:r>
              <w:rPr>
                <w:color w:val="595959"/>
                <w:sz w:val="20"/>
              </w:rPr>
              <w:t>________________________________</w:t>
            </w:r>
          </w:p>
        </w:tc>
      </w:tr>
      <w:tr>
        <w:tc>
          <w:tcPr>
            <w:tcW w:type="dxa" w:w="4392"/>
          </w:tcPr>
          <w:p>
            <w:pPr>
              <w:jc w:val="center"/>
            </w:pPr>
            <w:r>
              <w:rPr>
                <w:color w:val="595959"/>
                <w:sz w:val="20"/>
              </w:rPr>
              <w:t>[Signature]</w:t>
            </w:r>
          </w:p>
        </w:tc>
        <w:tc>
          <w:tcPr>
            <w:tcW w:type="dxa" w:w="4392"/>
          </w:tcPr>
          <w:p>
            <w:pPr>
              <w:jc w:val="center"/>
            </w:pPr>
            <w:r>
              <w:rPr>
                <w:color w:val="595959"/>
                <w:sz w:val="20"/>
              </w:rPr>
              <w:t>[Date]</w:t>
            </w:r>
          </w:p>
        </w:tc>
      </w:tr>
    </w:tbl>
    <w:sectPr w:rsidR="00FC693F" w:rsidRPr="0006063C" w:rsidSect="00034616">
      <w:pgSz w:w="12240" w:h="15840"/>
      <w:pgMar w:top="1728" w:right="1728" w:bottom="1728" w:left="1728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20" w:line="257" w:lineRule="auto"/>
    </w:pPr>
    <w:rPr>
      <w:rFonts w:ascii="Calibri" w:hAnsi="Calibri"/>
      <w:color w:val="333333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