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i/>
          <w:color w:val="595959"/>
          <w:sz w:val="28"/>
        </w:rPr>
        <w:t>[Your Full Name]</w:t>
      </w:r>
    </w:p>
    <w:p>
      <w:pPr>
        <w:spacing w:after="20"/>
      </w:pPr>
      <w:r>
        <w:rPr>
          <w:i/>
          <w:color w:val="595959"/>
        </w:rPr>
        <w:t>[Street Address]</w:t>
      </w:r>
    </w:p>
    <w:p>
      <w:pPr>
        <w:spacing w:after="20"/>
      </w:pPr>
      <w:r>
        <w:rPr>
          <w:i/>
          <w:color w:val="595959"/>
        </w:rPr>
        <w:t>[City, State ZIP]</w:t>
      </w:r>
    </w:p>
    <w:p>
      <w:pPr>
        <w:spacing w:after="20"/>
      </w:pPr>
      <w:r>
        <w:rPr>
          <w:i/>
          <w:color w:val="595959"/>
        </w:rPr>
        <w:t>[Phone Number]</w:t>
      </w:r>
    </w:p>
    <w:p>
      <w:pPr>
        <w:spacing w:after="20"/>
      </w:pPr>
      <w:r>
        <w:rPr>
          <w:i/>
          <w:color w:val="595959"/>
        </w:rPr>
        <w:t>[email@example.com]</w:t>
      </w:r>
    </w:p>
    <w:p/>
    <w:p>
      <w:r>
        <w:rPr>
          <w:i/>
          <w:color w:val="595959"/>
          <w:sz w:val="22"/>
        </w:rPr>
        <w:t>[[Today’s Date]]</w:t>
      </w:r>
    </w:p>
    <w:p/>
    <w:p>
      <w:pPr>
        <w:spacing w:after="20"/>
      </w:pPr>
      <w:r>
        <w:rPr>
          <w:i/>
          <w:color w:val="595959"/>
          <w:sz w:val="22"/>
        </w:rPr>
        <w:t>[Hiring Manager’s Name]</w:t>
      </w:r>
    </w:p>
    <w:p>
      <w:pPr>
        <w:spacing w:after="20"/>
      </w:pPr>
      <w:r>
        <w:rPr>
          <w:i/>
          <w:color w:val="595959"/>
          <w:sz w:val="22"/>
        </w:rPr>
        <w:t>[Company Name]</w:t>
      </w:r>
    </w:p>
    <w:p>
      <w:pPr>
        <w:spacing w:after="20"/>
      </w:pPr>
      <w:r>
        <w:rPr>
          <w:i/>
          <w:color w:val="595959"/>
          <w:sz w:val="22"/>
        </w:rPr>
        <w:t>[Street Address]</w:t>
      </w:r>
    </w:p>
    <w:p>
      <w:pPr>
        <w:spacing w:after="20"/>
      </w:pPr>
      <w:r>
        <w:rPr>
          <w:i/>
          <w:color w:val="595959"/>
          <w:sz w:val="22"/>
        </w:rPr>
        <w:t>[City, State ZIP]</w:t>
      </w:r>
    </w:p>
    <w:p/>
    <w:p>
      <w:r>
        <w:t>Dear [Hiring Manager’s Name],</w:t>
      </w:r>
    </w:p>
    <w:p>
      <w:pPr>
        <w:jc w:val="both"/>
      </w:pPr>
      <w:r>
        <w:t>I am excited to apply for the [Job Title] position at [Company Name]. With [number] years of experience in [your field], I have [one headline achievement or qualification], and I am confident I can contribute meaningfully to your team.</w:t>
      </w:r>
    </w:p>
    <w:p>
      <w:pPr>
        <w:jc w:val="both"/>
      </w:pPr>
      <w:r>
        <w:t>In my current role as [Your Current Job Title] at [Current Company], I [describe a relevant accomplishment with a measurable result]. I also bring [second relevant skill or experience], which aligns directly with [something specific about the role or company — show you did your homework].</w:t>
      </w:r>
    </w:p>
    <w:p>
      <w:pPr>
        <w:jc w:val="both"/>
      </w:pPr>
      <w:r>
        <w:t>I would welcome the opportunity to discuss how my background fits your needs. Thank you for your time and consideration — I have attached my resume and look forward to hearing from you.</w:t>
      </w:r>
    </w:p>
    <w:p>
      <w:r>
        <w:t>Sincerely,</w:t>
      </w:r>
    </w:p>
    <w:p/>
    <w:p/>
    <w:p/>
    <w:p>
      <w:r>
        <w:rPr>
          <w:i/>
          <w:color w:val="595959"/>
          <w:sz w:val="22"/>
        </w:rPr>
        <w:t>[[Your Full Name]]</w:t>
      </w:r>
    </w:p>
    <w:p>
      <w:r>
        <w:rPr>
          <w:i/>
          <w:color w:val="595959"/>
          <w:sz w:val="20"/>
        </w:rPr>
        <w:t>[[Enclosure: Resume]]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