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40"/>
        </w:rPr>
        <w:t>DAILY PLANNER</w:t>
      </w:r>
    </w:p>
    <w:p>
      <w:pPr>
        <w:spacing w:after="80" w:before="0"/>
        <w:jc w:val="center"/>
      </w:pPr>
      <w:r>
        <w:rPr>
          <w:i/>
          <w:color w:val="595959"/>
          <w:sz w:val="20"/>
        </w:rPr>
        <w:t>[Day]</w:t>
      </w:r>
      <w:r>
        <w:rPr>
          <w:color w:val="595959"/>
          <w:sz w:val="20"/>
        </w:rPr>
        <w:t xml:space="preserve">, </w:t>
      </w:r>
      <w:r>
        <w:rPr>
          <w:i/>
          <w:color w:val="595959"/>
          <w:sz w:val="20"/>
        </w:rPr>
        <w:t>[Month Day, Year]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TOP 3 PRIORITIES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[The one thing that must get done today]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[Priority 2]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[Priority 3]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1728"/>
            <w:shd w:val="clear" w:color="auto" w:fill="D9E2F3"/>
          </w:tcPr>
          <w:p>
            <w:r>
              <w:rPr>
                <w:b/>
                <w:sz w:val="22"/>
              </w:rPr>
              <w:t>Time</w:t>
            </w:r>
          </w:p>
        </w:tc>
        <w:tc>
          <w:tcPr>
            <w:tcW w:type="dxa" w:w="7632"/>
            <w:shd w:val="clear" w:color="auto" w:fill="D9E2F3"/>
          </w:tcPr>
          <w:p>
            <w:r>
              <w:rPr>
                <w:b/>
                <w:sz w:val="22"/>
              </w:rPr>
              <w:t>Schedule</w:t>
            </w:r>
          </w:p>
        </w:tc>
      </w:tr>
      <w:tr>
        <w:tc>
          <w:tcPr>
            <w:tcW w:type="dxa" w:w="1728"/>
          </w:tcPr>
          <w:p>
            <w:r>
              <w:rPr>
                <w:sz w:val="22"/>
              </w:rPr>
              <w:t>6:00 AM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7:00 AM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8:00 AM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9:00 AM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10:00 AM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11:00 AM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12:00 PM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1:00 PM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2:00 PM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3:00 PM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4:00 PM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5:00 PM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6:00 PM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7:00 PM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8:00 PM</w:t>
            </w:r>
          </w:p>
        </w:tc>
        <w:tc>
          <w:tcPr>
            <w:tcW w:type="dxa" w:w="7632"/>
          </w:tcPr>
          <w:p/>
        </w:tc>
      </w:tr>
      <w:tr>
        <w:tc>
          <w:tcPr>
            <w:tcW w:type="dxa" w:w="1728"/>
          </w:tcPr>
          <w:p>
            <w:r>
              <w:rPr>
                <w:sz w:val="22"/>
              </w:rPr>
              <w:t>9:00 PM</w:t>
            </w:r>
          </w:p>
        </w:tc>
        <w:tc>
          <w:tcPr>
            <w:tcW w:type="dxa" w:w="7632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TO-DO</w:t>
      </w:r>
    </w:p>
    <w:p>
      <w:pPr>
        <w:spacing w:after="160" w:before="0"/>
      </w:pPr>
      <w:r>
        <w:rPr>
          <w:sz w:val="22"/>
        </w:rPr>
        <w:t xml:space="preserve">☐ </w:t>
      </w:r>
      <w:r>
        <w:rPr>
          <w:i/>
          <w:color w:val="595959"/>
          <w:sz w:val="22"/>
        </w:rPr>
        <w:t>[Task]</w:t>
      </w:r>
      <w:r>
        <w:br/>
      </w:r>
      <w:r>
        <w:rPr>
          <w:sz w:val="22"/>
        </w:rPr>
        <w:t xml:space="preserve">☐ </w:t>
      </w:r>
      <w:r>
        <w:rPr>
          <w:i/>
          <w:color w:val="595959"/>
          <w:sz w:val="22"/>
        </w:rPr>
        <w:t>[Task]</w:t>
      </w:r>
      <w:r>
        <w:br/>
      </w:r>
      <w:r>
        <w:rPr>
          <w:sz w:val="22"/>
        </w:rPr>
        <w:t xml:space="preserve">☐ </w:t>
      </w:r>
      <w:r>
        <w:rPr>
          <w:i/>
          <w:color w:val="595959"/>
          <w:sz w:val="22"/>
        </w:rPr>
        <w:t>[Task]</w:t>
      </w:r>
      <w:r>
        <w:br/>
      </w:r>
      <w:r>
        <w:rPr>
          <w:sz w:val="22"/>
        </w:rPr>
        <w:t xml:space="preserve">☐ </w:t>
      </w:r>
      <w:r>
        <w:rPr>
          <w:i/>
          <w:color w:val="595959"/>
          <w:sz w:val="22"/>
        </w:rPr>
        <w:t>[Task]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i/>
          <w:color w:val="595959"/>
          <w:sz w:val="22"/>
        </w:rPr>
        <w:t>[Ideas, reminders, gratitude, tomorrow's first task.]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