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0"/>
        </w:rPr>
        <w:t>[Your Name]</w:t>
      </w:r>
    </w:p>
    <w:p>
      <w:r>
        <w:rPr>
          <w:b w:val="0"/>
          <w:sz w:val="20"/>
        </w:rPr>
        <w:t>[Street Address]</w:t>
      </w:r>
    </w:p>
    <w:p>
      <w:r>
        <w:rPr>
          <w:b w:val="0"/>
          <w:sz w:val="20"/>
        </w:rPr>
        <w:t>[City, ST 12345]</w:t>
      </w:r>
    </w:p>
    <w:p>
      <w:pPr>
        <w:spacing w:before="1280"/>
        <w:ind w:left="5184"/>
      </w:pPr>
      <w:r>
        <w:rPr>
          <w:b/>
          <w:sz w:val="24"/>
        </w:rPr>
        <w:t>[Recipient Name]</w:t>
      </w:r>
    </w:p>
    <w:p>
      <w:pPr>
        <w:ind w:left="5184"/>
      </w:pPr>
      <w:r>
        <w:rPr>
          <w:b w:val="0"/>
          <w:sz w:val="24"/>
        </w:rPr>
        <w:t>[Company (optional)]</w:t>
      </w:r>
    </w:p>
    <w:p>
      <w:pPr>
        <w:ind w:left="5184"/>
      </w:pPr>
      <w:r>
        <w:rPr>
          <w:b w:val="0"/>
          <w:sz w:val="24"/>
        </w:rPr>
        <w:t>[Street Address]</w:t>
      </w:r>
    </w:p>
    <w:p>
      <w:pPr>
        <w:ind w:left="5184"/>
      </w:pPr>
      <w:r>
        <w:rPr>
          <w:b w:val="0"/>
          <w:sz w:val="24"/>
        </w:rPr>
        <w:t>[City, ST 12345]</w:t>
      </w:r>
    </w:p>
    <w:sectPr w:rsidR="00FC693F" w:rsidRPr="0006063C" w:rsidSect="00034616">
      <w:pgSz w:w="13680" w:h="5940" w:orient="landscape"/>
      <w:pgMar w:top="504" w:right="576" w:bottom="432" w:left="576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