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color w:val="333333"/>
          <w:sz w:val="40"/>
        </w:rPr>
        <w:t>ESSAY OUTLINE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2736"/>
            <w:shd w:val="clear" w:color="auto" w:fill="F2F2F2"/>
          </w:tcPr>
          <w:p>
            <w:r>
              <w:rPr>
                <w:b/>
                <w:sz w:val="22"/>
              </w:rPr>
              <w:t>Working title</w:t>
            </w:r>
          </w:p>
        </w:tc>
        <w:tc>
          <w:tcPr>
            <w:tcW w:type="dxa" w:w="6624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c>
          <w:tcPr>
            <w:tcW w:type="dxa" w:w="2736"/>
            <w:shd w:val="clear" w:color="auto" w:fill="F2F2F2"/>
          </w:tcPr>
          <w:p>
            <w:r>
              <w:rPr>
                <w:b/>
                <w:sz w:val="22"/>
              </w:rPr>
              <w:t>Assignment / prompt</w:t>
            </w:r>
          </w:p>
        </w:tc>
        <w:tc>
          <w:tcPr>
            <w:tcW w:type="dxa" w:w="6624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c>
          <w:tcPr>
            <w:tcW w:type="dxa" w:w="2736"/>
            <w:shd w:val="clear" w:color="auto" w:fill="F2F2F2"/>
          </w:tcPr>
          <w:p>
            <w:r>
              <w:rPr>
                <w:b/>
                <w:sz w:val="22"/>
              </w:rPr>
              <w:t>Thesis statement</w:t>
            </w:r>
          </w:p>
        </w:tc>
        <w:tc>
          <w:tcPr>
            <w:tcW w:type="dxa" w:w="6624"/>
          </w:tcPr>
          <w:p>
            <w:r>
              <w:rPr>
                <w:i/>
                <w:color w:val="595959"/>
                <w:sz w:val="22"/>
              </w:rPr>
              <w:t>[Your main argument in one sentence: the claim plus the reasons you will prove.]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I. INTRODUCTION</w:t>
      </w:r>
    </w:p>
    <w:p>
      <w:pPr>
        <w:pStyle w:val="ListBullet"/>
        <w:spacing w:after="60" w:before="0"/>
      </w:pPr>
      <w:r>
        <w:rPr>
          <w:sz w:val="22"/>
        </w:rPr>
        <w:t xml:space="preserve">Hook: </w:t>
      </w:r>
      <w:r>
        <w:rPr>
          <w:i/>
          <w:color w:val="595959"/>
          <w:sz w:val="22"/>
        </w:rPr>
        <w:t>[a question, fact, quote or short story that grabs attention]</w:t>
      </w:r>
    </w:p>
    <w:p>
      <w:pPr>
        <w:pStyle w:val="ListBullet"/>
        <w:spacing w:after="60" w:before="0"/>
      </w:pPr>
      <w:r>
        <w:rPr>
          <w:sz w:val="22"/>
        </w:rPr>
        <w:t xml:space="preserve">Background: </w:t>
      </w:r>
      <w:r>
        <w:rPr>
          <w:i/>
          <w:color w:val="595959"/>
          <w:sz w:val="22"/>
        </w:rPr>
        <w:t>[context the reader needs]</w:t>
      </w:r>
    </w:p>
    <w:p>
      <w:pPr>
        <w:pStyle w:val="ListBullet"/>
        <w:spacing w:after="60" w:before="0"/>
      </w:pPr>
      <w:r>
        <w:rPr>
          <w:sz w:val="22"/>
        </w:rPr>
        <w:t xml:space="preserve">Thesis: </w:t>
      </w:r>
      <w:r>
        <w:rPr>
          <w:i/>
          <w:color w:val="595959"/>
          <w:sz w:val="22"/>
        </w:rPr>
        <w:t>[restate your thesis]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II. BODY PARAGRAPH 1</w:t>
      </w:r>
    </w:p>
    <w:p>
      <w:pPr>
        <w:pStyle w:val="ListBullet"/>
        <w:spacing w:after="60" w:before="0"/>
      </w:pPr>
      <w:r>
        <w:rPr>
          <w:sz w:val="22"/>
        </w:rPr>
        <w:t xml:space="preserve">Topic sentence: </w:t>
      </w:r>
      <w:r>
        <w:rPr>
          <w:i/>
          <w:color w:val="595959"/>
          <w:sz w:val="22"/>
        </w:rPr>
        <w:t>[the point this paragraph proves]</w:t>
      </w:r>
    </w:p>
    <w:p>
      <w:pPr>
        <w:pStyle w:val="ListBullet"/>
        <w:spacing w:after="60" w:before="0"/>
      </w:pPr>
      <w:r>
        <w:rPr>
          <w:sz w:val="22"/>
        </w:rPr>
        <w:t xml:space="preserve">Evidence: </w:t>
      </w:r>
      <w:r>
        <w:rPr>
          <w:i/>
          <w:color w:val="595959"/>
          <w:sz w:val="22"/>
        </w:rPr>
        <w:t>[quote, data or example, with source]</w:t>
      </w:r>
    </w:p>
    <w:p>
      <w:pPr>
        <w:pStyle w:val="ListBullet"/>
        <w:spacing w:after="60" w:before="0"/>
      </w:pPr>
      <w:r>
        <w:rPr>
          <w:sz w:val="22"/>
        </w:rPr>
        <w:t xml:space="preserve">Explanation: </w:t>
      </w:r>
      <w:r>
        <w:rPr>
          <w:i/>
          <w:color w:val="595959"/>
          <w:sz w:val="22"/>
        </w:rPr>
        <w:t>[how the evidence supports the thesis]</w:t>
      </w:r>
    </w:p>
    <w:p>
      <w:pPr>
        <w:pStyle w:val="ListBullet"/>
        <w:spacing w:after="60" w:before="0"/>
      </w:pPr>
      <w:r>
        <w:rPr>
          <w:sz w:val="22"/>
        </w:rPr>
        <w:t xml:space="preserve">Transition: </w:t>
      </w:r>
      <w:r>
        <w:rPr>
          <w:i/>
          <w:color w:val="595959"/>
          <w:sz w:val="22"/>
        </w:rPr>
        <w:t>[link to the next point]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III. BODY PARAGRAPH 2</w:t>
      </w:r>
    </w:p>
    <w:p>
      <w:pPr>
        <w:pStyle w:val="ListBullet"/>
        <w:spacing w:after="60" w:before="0"/>
      </w:pPr>
      <w:r>
        <w:rPr>
          <w:sz w:val="22"/>
        </w:rPr>
        <w:t xml:space="preserve">Topic sentence: </w:t>
      </w:r>
      <w:r>
        <w:rPr>
          <w:i/>
          <w:color w:val="595959"/>
          <w:sz w:val="22"/>
        </w:rPr>
        <w:t>[the point this paragraph proves]</w:t>
      </w:r>
    </w:p>
    <w:p>
      <w:pPr>
        <w:pStyle w:val="ListBullet"/>
        <w:spacing w:after="60" w:before="0"/>
      </w:pPr>
      <w:r>
        <w:rPr>
          <w:sz w:val="22"/>
        </w:rPr>
        <w:t xml:space="preserve">Evidence: </w:t>
      </w:r>
      <w:r>
        <w:rPr>
          <w:i/>
          <w:color w:val="595959"/>
          <w:sz w:val="22"/>
        </w:rPr>
        <w:t>[quote, data or example, with source]</w:t>
      </w:r>
    </w:p>
    <w:p>
      <w:pPr>
        <w:pStyle w:val="ListBullet"/>
        <w:spacing w:after="60" w:before="0"/>
      </w:pPr>
      <w:r>
        <w:rPr>
          <w:sz w:val="22"/>
        </w:rPr>
        <w:t xml:space="preserve">Explanation: </w:t>
      </w:r>
      <w:r>
        <w:rPr>
          <w:i/>
          <w:color w:val="595959"/>
          <w:sz w:val="22"/>
        </w:rPr>
        <w:t>[how the evidence supports the thesis]</w:t>
      </w:r>
    </w:p>
    <w:p>
      <w:pPr>
        <w:pStyle w:val="ListBullet"/>
        <w:spacing w:after="60" w:before="0"/>
      </w:pPr>
      <w:r>
        <w:rPr>
          <w:sz w:val="22"/>
        </w:rPr>
        <w:t xml:space="preserve">Transition: </w:t>
      </w:r>
      <w:r>
        <w:rPr>
          <w:i/>
          <w:color w:val="595959"/>
          <w:sz w:val="22"/>
        </w:rPr>
        <w:t>[link to the next point]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IV. BODY PARAGRAPH 3</w:t>
      </w:r>
    </w:p>
    <w:p>
      <w:pPr>
        <w:pStyle w:val="ListBullet"/>
        <w:spacing w:after="60" w:before="0"/>
      </w:pPr>
      <w:r>
        <w:rPr>
          <w:sz w:val="22"/>
        </w:rPr>
        <w:t xml:space="preserve">Topic sentence: </w:t>
      </w:r>
      <w:r>
        <w:rPr>
          <w:i/>
          <w:color w:val="595959"/>
          <w:sz w:val="22"/>
        </w:rPr>
        <w:t>[the point this paragraph proves]</w:t>
      </w:r>
    </w:p>
    <w:p>
      <w:pPr>
        <w:pStyle w:val="ListBullet"/>
        <w:spacing w:after="60" w:before="0"/>
      </w:pPr>
      <w:r>
        <w:rPr>
          <w:sz w:val="22"/>
        </w:rPr>
        <w:t xml:space="preserve">Evidence: </w:t>
      </w:r>
      <w:r>
        <w:rPr>
          <w:i/>
          <w:color w:val="595959"/>
          <w:sz w:val="22"/>
        </w:rPr>
        <w:t>[quote, data or example, with source]</w:t>
      </w:r>
    </w:p>
    <w:p>
      <w:pPr>
        <w:pStyle w:val="ListBullet"/>
        <w:spacing w:after="60" w:before="0"/>
      </w:pPr>
      <w:r>
        <w:rPr>
          <w:sz w:val="22"/>
        </w:rPr>
        <w:t xml:space="preserve">Explanation: </w:t>
      </w:r>
      <w:r>
        <w:rPr>
          <w:i/>
          <w:color w:val="595959"/>
          <w:sz w:val="22"/>
        </w:rPr>
        <w:t>[how the evidence supports the thesis]</w:t>
      </w:r>
    </w:p>
    <w:p>
      <w:pPr>
        <w:pStyle w:val="ListBullet"/>
        <w:spacing w:after="60" w:before="0"/>
      </w:pPr>
      <w:r>
        <w:rPr>
          <w:sz w:val="22"/>
        </w:rPr>
        <w:t xml:space="preserve">Transition: </w:t>
      </w:r>
      <w:r>
        <w:rPr>
          <w:i/>
          <w:color w:val="595959"/>
          <w:sz w:val="22"/>
        </w:rPr>
        <w:t>[link to the next point]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V. CONCLUSION</w:t>
      </w:r>
    </w:p>
    <w:p>
      <w:pPr>
        <w:pStyle w:val="ListBullet"/>
        <w:spacing w:after="60" w:before="0"/>
      </w:pPr>
      <w:r>
        <w:rPr>
          <w:sz w:val="22"/>
        </w:rPr>
        <w:t>Restate the thesis in new words</w:t>
      </w:r>
    </w:p>
    <w:p>
      <w:pPr>
        <w:pStyle w:val="ListBullet"/>
        <w:spacing w:after="60" w:before="0"/>
      </w:pPr>
      <w:r>
        <w:rPr>
          <w:sz w:val="22"/>
        </w:rPr>
        <w:t>Summarize the main points</w:t>
      </w:r>
    </w:p>
    <w:p>
      <w:pPr>
        <w:pStyle w:val="ListBullet"/>
        <w:spacing w:after="60" w:before="0"/>
      </w:pPr>
      <w:r>
        <w:rPr>
          <w:sz w:val="22"/>
        </w:rPr>
        <w:t xml:space="preserve">Closing thought: </w:t>
      </w:r>
      <w:r>
        <w:rPr>
          <w:i/>
          <w:color w:val="595959"/>
          <w:sz w:val="22"/>
        </w:rPr>
        <w:t>[why it matters / call to action]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SOURCES</w:t>
      </w:r>
    </w:p>
    <w:p>
      <w:pPr>
        <w:spacing w:after="160" w:before="0"/>
      </w:pPr>
      <w:r>
        <w:rPr>
          <w:i/>
          <w:color w:val="595959"/>
          <w:sz w:val="22"/>
        </w:rPr>
        <w:t>[List sources as you find them, in the required citation style.]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