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i/>
          <w:color w:val="595959"/>
          <w:sz w:val="52"/>
        </w:rPr>
        <w:t>[EVENT NAME]</w:t>
      </w:r>
    </w:p>
    <w:p>
      <w:pPr>
        <w:spacing w:after="80" w:before="0"/>
        <w:jc w:val="center"/>
      </w:pPr>
      <w:r>
        <w:rPr>
          <w:b/>
          <w:i/>
          <w:color w:val="595959"/>
          <w:sz w:val="24"/>
        </w:rPr>
        <w:t>[Month Day, Year]</w:t>
      </w:r>
      <w:r>
        <w:rPr>
          <w:b/>
          <w:sz w:val="24"/>
        </w:rPr>
        <w:t xml:space="preserve">  ·  </w:t>
      </w:r>
      <w:r>
        <w:rPr>
          <w:b/>
          <w:i/>
          <w:color w:val="595959"/>
          <w:sz w:val="24"/>
        </w:rPr>
        <w:t>[Time]</w:t>
      </w:r>
    </w:p>
    <w:p>
      <w:pPr>
        <w:spacing w:after="80" w:before="0"/>
        <w:jc w:val="center"/>
      </w:pPr>
      <w:r>
        <w:rPr>
          <w:i/>
          <w:color w:val="595959"/>
          <w:sz w:val="22"/>
        </w:rPr>
        <w:t>[Venue Name]</w:t>
      </w:r>
      <w:r>
        <w:rPr>
          <w:color w:val="595959"/>
          <w:sz w:val="22"/>
        </w:rPr>
        <w:t xml:space="preserve">  ·  </w:t>
      </w:r>
      <w:r>
        <w:rPr>
          <w:i/>
          <w:color w:val="595959"/>
          <w:sz w:val="22"/>
        </w:rPr>
        <w:t>[City, State]</w:t>
      </w:r>
    </w:p>
    <w:p>
      <w:pPr>
        <w:spacing w:after="0" w:before="0"/>
      </w:pPr>
    </w:p>
    <w:p>
      <w:pPr>
        <w:spacing w:after="80" w:before="0"/>
        <w:jc w:val="center"/>
      </w:pPr>
      <w:r>
        <w:rPr>
          <w:i/>
          <w:color w:val="595959"/>
          <w:sz w:val="22"/>
        </w:rPr>
        <w:t>[A short welcome line or theme for the event.]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PROGRAM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1728"/>
            <w:shd w:val="clear" w:color="auto" w:fill="D9E2F3"/>
          </w:tcPr>
          <w:p>
            <w:r>
              <w:rPr>
                <w:b/>
                <w:sz w:val="22"/>
              </w:rPr>
              <w:t>Time</w:t>
            </w:r>
          </w:p>
        </w:tc>
        <w:tc>
          <w:tcPr>
            <w:tcW w:type="dxa" w:w="5184"/>
            <w:shd w:val="clear" w:color="auto" w:fill="D9E2F3"/>
          </w:tcPr>
          <w:p>
            <w:r>
              <w:rPr>
                <w:b/>
                <w:sz w:val="22"/>
              </w:rPr>
              <w:t>Item</w:t>
            </w:r>
          </w:p>
        </w:tc>
        <w:tc>
          <w:tcPr>
            <w:tcW w:type="dxa" w:w="2448"/>
            <w:shd w:val="clear" w:color="auto" w:fill="D9E2F3"/>
          </w:tcPr>
          <w:p>
            <w:r>
              <w:rPr>
                <w:b/>
                <w:sz w:val="22"/>
              </w:rPr>
              <w:t>Presented by</w:t>
            </w:r>
          </w:p>
        </w:tc>
      </w:tr>
      <w:tr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[6:00 PM]</w:t>
            </w:r>
          </w:p>
        </w:tc>
        <w:tc>
          <w:tcPr>
            <w:tcW w:type="dxa" w:w="5184"/>
          </w:tcPr>
          <w:p>
            <w:r>
              <w:rPr>
                <w:i/>
                <w:color w:val="595959"/>
                <w:sz w:val="22"/>
              </w:rPr>
              <w:t>[Welcome &amp; opening remarks]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</w:tr>
      <w:tr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[6:15 PM]</w:t>
            </w:r>
          </w:p>
        </w:tc>
        <w:tc>
          <w:tcPr>
            <w:tcW w:type="dxa" w:w="5184"/>
          </w:tcPr>
          <w:p>
            <w:r>
              <w:rPr>
                <w:i/>
                <w:color w:val="595959"/>
                <w:sz w:val="22"/>
              </w:rPr>
              <w:t>[Performance / speaker / reading]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</w:tr>
      <w:tr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[6:45 PM]</w:t>
            </w:r>
          </w:p>
        </w:tc>
        <w:tc>
          <w:tcPr>
            <w:tcW w:type="dxa" w:w="5184"/>
          </w:tcPr>
          <w:p>
            <w:r>
              <w:rPr>
                <w:i/>
                <w:color w:val="595959"/>
                <w:sz w:val="22"/>
              </w:rPr>
              <w:t>[Presentation of awards]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</w:tr>
      <w:tr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[7:15 PM]</w:t>
            </w:r>
          </w:p>
        </w:tc>
        <w:tc>
          <w:tcPr>
            <w:tcW w:type="dxa" w:w="5184"/>
          </w:tcPr>
          <w:p>
            <w:r>
              <w:rPr>
                <w:i/>
                <w:color w:val="595959"/>
                <w:sz w:val="22"/>
              </w:rPr>
              <w:t>[Intermission / dinner]</w:t>
            </w:r>
          </w:p>
        </w:tc>
        <w:tc>
          <w:tcPr>
            <w:tcW w:type="dxa" w:w="2448"/>
          </w:tcPr>
          <w:p/>
        </w:tc>
      </w:tr>
      <w:tr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[8:00 PM]</w:t>
            </w:r>
          </w:p>
        </w:tc>
        <w:tc>
          <w:tcPr>
            <w:tcW w:type="dxa" w:w="5184"/>
          </w:tcPr>
          <w:p>
            <w:r>
              <w:rPr>
                <w:i/>
                <w:color w:val="595959"/>
                <w:sz w:val="22"/>
              </w:rPr>
              <w:t>[Featured performance]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</w:tr>
      <w:tr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[8:45 PM]</w:t>
            </w:r>
          </w:p>
        </w:tc>
        <w:tc>
          <w:tcPr>
            <w:tcW w:type="dxa" w:w="5184"/>
          </w:tcPr>
          <w:p>
            <w:r>
              <w:rPr>
                <w:i/>
                <w:color w:val="595959"/>
                <w:sz w:val="22"/>
              </w:rPr>
              <w:t>[Closing remarks &amp; thanks]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SPECIAL THANKS</w:t>
      </w:r>
    </w:p>
    <w:p>
      <w:pPr>
        <w:spacing w:after="160" w:before="0"/>
      </w:pPr>
      <w:r>
        <w:rPr>
          <w:i/>
          <w:color w:val="595959"/>
          <w:sz w:val="22"/>
        </w:rPr>
        <w:t>[Thank sponsors, volunteers, organizers and anyone who made the event possible.]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ABOUT</w:t>
      </w:r>
    </w:p>
    <w:p>
      <w:pPr>
        <w:spacing w:after="160" w:before="0"/>
      </w:pPr>
      <w:r>
        <w:rPr>
          <w:i/>
          <w:color w:val="595959"/>
          <w:sz w:val="22"/>
        </w:rPr>
        <w:t>[A short paragraph about the organization, honoree or cause.]</w:t>
      </w:r>
    </w:p>
    <w:p>
      <w:pPr>
        <w:spacing w:after="0" w:before="0"/>
      </w:pPr>
    </w:p>
    <w:p>
      <w:pPr>
        <w:spacing w:after="80" w:before="0"/>
        <w:jc w:val="center"/>
      </w:pPr>
      <w:r>
        <w:rPr>
          <w:i/>
          <w:color w:val="595959"/>
          <w:sz w:val="20"/>
        </w:rPr>
        <w:t>[Website]</w:t>
      </w:r>
      <w:r>
        <w:rPr>
          <w:color w:val="595959"/>
          <w:sz w:val="20"/>
        </w:rPr>
        <w:t xml:space="preserve">  ·  </w:t>
      </w:r>
      <w:r>
        <w:rPr>
          <w:i/>
          <w:color w:val="595959"/>
          <w:sz w:val="20"/>
        </w:rPr>
        <w:t>[Social handle]</w:t>
      </w:r>
      <w:r>
        <w:rPr>
          <w:color w:val="595959"/>
          <w:sz w:val="20"/>
        </w:rPr>
        <w:t xml:space="preserve">  ·  </w:t>
      </w:r>
      <w:r>
        <w:rPr>
          <w:i/>
          <w:color w:val="595959"/>
          <w:sz w:val="20"/>
        </w:rPr>
        <w:t>[Hashtag]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