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color w:val="333333"/>
          <w:sz w:val="68"/>
        </w:rPr>
        <w:t>FAX</w:t>
      </w: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To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[Recipient Name]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Company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[Company]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Fax number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[(555) 555-5555]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Phone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[(555) 555-5555]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From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[Your Name]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Company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[Your Company]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Fax number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[(555) 555-5555]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Phone</w:t>
            </w:r>
          </w:p>
        </w:tc>
        <w:tc>
          <w:tcPr>
            <w:tcW w:type="dxa" w:w="7056"/>
          </w:tcPr>
          <w:p>
            <w:r>
              <w:rPr>
                <w:i/>
                <w:color w:val="595959"/>
                <w:sz w:val="22"/>
              </w:rPr>
              <w:t>[(555) 555-5555]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40"/>
        <w:gridCol w:w="2340"/>
        <w:gridCol w:w="2340"/>
        <w:gridCol w:w="2340"/>
      </w:tblGrid>
      <w:tr>
        <w:tc>
          <w:tcPr>
            <w:tcW w:type="dxa" w:w="1440"/>
            <w:shd w:val="clear" w:color="auto" w:fill="F2F2F2"/>
          </w:tcPr>
          <w:p>
            <w:r>
              <w:rPr>
                <w:b/>
                <w:sz w:val="22"/>
              </w:rPr>
              <w:t>Date</w:t>
            </w:r>
          </w:p>
        </w:tc>
        <w:tc>
          <w:tcPr>
            <w:tcW w:type="dxa" w:w="3744"/>
          </w:tcPr>
          <w:p>
            <w:r>
              <w:rPr>
                <w:i/>
                <w:color w:val="595959"/>
                <w:sz w:val="22"/>
              </w:rPr>
              <w:t>[Month Day, Year]</w:t>
            </w:r>
          </w:p>
        </w:tc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Pages (incl. cover)</w:t>
            </w:r>
          </w:p>
        </w:tc>
        <w:tc>
          <w:tcPr>
            <w:tcW w:type="dxa" w:w="187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  <w:tr>
        <w:tc>
          <w:tcPr>
            <w:tcW w:type="dxa" w:w="1440"/>
            <w:shd w:val="clear" w:color="auto" w:fill="F2F2F2"/>
          </w:tcPr>
          <w:p>
            <w:r>
              <w:rPr>
                <w:b/>
                <w:sz w:val="22"/>
              </w:rPr>
              <w:t>Re</w:t>
            </w:r>
          </w:p>
        </w:tc>
        <w:tc>
          <w:tcPr>
            <w:tcW w:type="dxa" w:w="3744"/>
          </w:tcPr>
          <w:p>
            <w:r>
              <w:rPr>
                <w:i/>
                <w:color w:val="595959"/>
                <w:sz w:val="22"/>
              </w:rPr>
              <w:t>[Subject]</w:t>
            </w:r>
          </w:p>
        </w:tc>
        <w:tc>
          <w:tcPr>
            <w:tcW w:type="dxa" w:w="2304"/>
            <w:shd w:val="clear" w:color="auto" w:fill="F2F2F2"/>
          </w:tcPr>
          <w:p>
            <w:r>
              <w:rPr>
                <w:b/>
                <w:sz w:val="22"/>
              </w:rPr>
              <w:t>CC</w:t>
            </w:r>
          </w:p>
        </w:tc>
        <w:tc>
          <w:tcPr>
            <w:tcW w:type="dxa" w:w="1872"/>
          </w:tcPr>
          <w:p>
            <w:r>
              <w:rPr>
                <w:i/>
                <w:color w:val="595959"/>
                <w:sz w:val="22"/>
              </w:rPr>
              <w:t>[ ]</w:t>
            </w:r>
          </w:p>
        </w:tc>
      </w:tr>
    </w:tbl>
    <w:p>
      <w:pPr>
        <w:spacing w:after="0" w:before="0"/>
      </w:pPr>
    </w:p>
    <w:p>
      <w:pPr>
        <w:spacing w:after="0" w:before="0"/>
      </w:pPr>
    </w:p>
    <w:p>
      <w:pPr>
        <w:spacing w:after="160" w:before="0"/>
      </w:pPr>
      <w:r>
        <w:rPr>
          <w:sz w:val="22"/>
        </w:rPr>
        <w:t>☐ Urgent      ☐ For review      ☐ Please comment      ☐ Please reply      ☐ Please recycle</w:t>
      </w:r>
    </w:p>
    <w:p>
      <w:pPr>
        <w:keepNext/>
        <w:spacing w:before="200" w:after="80"/>
      </w:pPr>
      <w:r>
        <w:rPr>
          <w:b/>
          <w:color w:val="2E74B5"/>
          <w:sz w:val="24"/>
        </w:rPr>
        <w:t>MESSAGE</w:t>
      </w:r>
    </w:p>
    <w:p>
      <w:pPr>
        <w:spacing w:after="160" w:before="0"/>
      </w:pPr>
      <w:r>
        <w:rPr>
          <w:i/>
          <w:color w:val="595959"/>
          <w:sz w:val="22"/>
        </w:rPr>
        <w:t>[Short message or instructions for the recipient.]</w:t>
      </w:r>
    </w:p>
    <w:p>
      <w:pPr>
        <w:spacing w:after="0" w:before="0"/>
      </w:pPr>
    </w:p>
    <w:p>
      <w:pPr>
        <w:spacing w:after="0" w:before="0"/>
      </w:pPr>
    </w:p>
    <w:p>
      <w:pPr>
        <w:spacing w:after="0" w:before="0"/>
      </w:pPr>
    </w:p>
    <w:p>
      <w:pPr>
        <w:spacing w:after="80" w:before="0"/>
      </w:pPr>
      <w:r>
        <w:rPr>
          <w:i/>
          <w:color w:val="595959"/>
          <w:sz w:val="18"/>
        </w:rPr>
        <w:t>CONFIDENTIALITY NOTICE: This fax may contain confidential information intended only for the recipient named above. If you received it in error, please notify the sender by phone and destroy all copies.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