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i/>
          <w:color w:val="595959"/>
          <w:sz w:val="80"/>
        </w:rPr>
        <w:t>[BIG EVENT HEADLINE]</w:t>
      </w:r>
    </w:p>
    <w:p>
      <w:pPr>
        <w:spacing w:after="80" w:before="0"/>
        <w:jc w:val="center"/>
      </w:pPr>
      <w:r>
        <w:rPr>
          <w:b/>
          <w:i/>
          <w:color w:val="595959"/>
          <w:sz w:val="28"/>
        </w:rPr>
        <w:t>[A short, exciting subheading that says what, who it's for, and why to come]</w:t>
      </w:r>
    </w:p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rPr>
          <w:trHeight w:val="4896" w:hRule="atLeast"/>
        </w:trPr>
        <w:tc>
          <w:tcPr>
            <w:tcW w:type="dxa" w:w="9360"/>
            <w:shd w:val="clear" w:color="auto" w:fill="F2F2F2"/>
          </w:tcPr>
          <w:p>
            <w:r>
              <w:rPr>
                <w:b/>
                <w:i/>
                <w:color w:val="595959"/>
                <w:sz w:val="22"/>
              </w:rPr>
              <w:t>[Insert a large photo or graphic here]</w:t>
            </w:r>
            <w:r>
              <w:br/>
            </w:r>
            <w:r>
              <w:br/>
            </w:r>
            <w:r>
              <w:rPr>
                <w:b/>
                <w:sz w:val="22"/>
              </w:rPr>
              <w:t>Tip: in Word, click Insert &gt; Pictures, then drag the photo over this box.</w:t>
            </w:r>
          </w:p>
        </w:tc>
      </w:tr>
    </w:tbl>
    <w:p>
      <w:pPr>
        <w:spacing w:after="0" w:before="0"/>
      </w:pPr>
    </w:p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5"/>
          </w:tcPr>
          <w:p>
            <w:r>
              <w:rPr>
                <w:sz w:val="22"/>
              </w:rPr>
              <w:t>WHEN</w:t>
            </w:r>
            <w:r>
              <w:br/>
            </w:r>
            <w:r>
              <w:rPr>
                <w:i/>
                <w:color w:val="595959"/>
                <w:sz w:val="22"/>
              </w:rPr>
              <w:t>[Saturday, Month Day]</w:t>
            </w:r>
            <w:r>
              <w:br/>
            </w:r>
            <w:r>
              <w:rPr>
                <w:i/>
                <w:color w:val="595959"/>
                <w:sz w:val="22"/>
              </w:rPr>
              <w:t>[10 AM – 4 PM]</w:t>
            </w:r>
          </w:p>
        </w:tc>
        <w:tc>
          <w:tcPr>
            <w:tcW w:type="dxa" w:w="3125"/>
          </w:tcPr>
          <w:p>
            <w:r>
              <w:rPr>
                <w:sz w:val="22"/>
              </w:rPr>
              <w:t>WHERE</w:t>
            </w:r>
            <w:r>
              <w:br/>
            </w:r>
            <w:r>
              <w:rPr>
                <w:i/>
                <w:color w:val="595959"/>
                <w:sz w:val="22"/>
              </w:rPr>
              <w:t>[Venue name]</w:t>
            </w:r>
            <w:r>
              <w:br/>
            </w:r>
            <w:r>
              <w:rPr>
                <w:i/>
                <w:color w:val="595959"/>
                <w:sz w:val="22"/>
              </w:rPr>
              <w:t>[Street, City]</w:t>
            </w:r>
          </w:p>
        </w:tc>
        <w:tc>
          <w:tcPr>
            <w:tcW w:type="dxa" w:w="3110"/>
          </w:tcPr>
          <w:p>
            <w:r>
              <w:rPr>
                <w:sz w:val="22"/>
              </w:rPr>
              <w:t>COST</w:t>
            </w:r>
            <w:r>
              <w:br/>
            </w:r>
            <w:r>
              <w:rPr>
                <w:i/>
                <w:color w:val="595959"/>
                <w:sz w:val="22"/>
              </w:rPr>
              <w:t>[Free / $10 at the door]</w:t>
            </w:r>
            <w:r>
              <w:br/>
            </w:r>
            <w:r>
              <w:rPr>
                <w:i/>
                <w:color w:val="595959"/>
                <w:sz w:val="22"/>
              </w:rPr>
              <w:t>[Kids under 12 free]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WHAT TO EXPECT</w:t>
      </w:r>
    </w:p>
    <w:p>
      <w:pPr>
        <w:pStyle w:val="ListBullet"/>
        <w:spacing w:after="60" w:before="0"/>
      </w:pPr>
      <w:r>
        <w:rPr>
          <w:i/>
          <w:color w:val="595959"/>
          <w:sz w:val="22"/>
        </w:rPr>
        <w:t>[Highlight one — live music, food, activities]</w:t>
      </w:r>
    </w:p>
    <w:p>
      <w:pPr>
        <w:pStyle w:val="ListBullet"/>
        <w:spacing w:after="60" w:before="0"/>
      </w:pPr>
      <w:r>
        <w:rPr>
          <w:i/>
          <w:color w:val="595959"/>
          <w:sz w:val="22"/>
        </w:rPr>
        <w:t>[Highlight two — special guest or prize]</w:t>
      </w:r>
    </w:p>
    <w:p>
      <w:pPr>
        <w:pStyle w:val="ListBullet"/>
        <w:spacing w:after="60" w:before="0"/>
      </w:pPr>
      <w:r>
        <w:rPr>
          <w:i/>
          <w:color w:val="595959"/>
          <w:sz w:val="22"/>
        </w:rPr>
        <w:t>[Highlight three — something for the kids]</w:t>
      </w:r>
    </w:p>
    <w:p>
      <w:pPr>
        <w:spacing w:after="0" w:before="0"/>
      </w:pPr>
    </w:p>
    <w:p>
      <w:pPr>
        <w:spacing w:after="80" w:before="0"/>
        <w:jc w:val="center"/>
      </w:pPr>
      <w:r>
        <w:rPr>
          <w:b/>
          <w:i/>
          <w:color w:val="595959"/>
          <w:sz w:val="32"/>
        </w:rPr>
        <w:t>[CALL TO ACTION: Register at www.example.com or call (555) 010-1234]</w:t>
      </w:r>
    </w:p>
    <w:p>
      <w:pPr>
        <w:spacing w:after="80" w:before="0"/>
        <w:jc w:val="center"/>
      </w:pPr>
      <w:r>
        <w:rPr>
          <w:i/>
          <w:color w:val="595959"/>
          <w:sz w:val="20"/>
        </w:rPr>
        <w:t>[Organizer name]</w:t>
      </w:r>
      <w:r>
        <w:rPr>
          <w:color w:val="595959"/>
          <w:sz w:val="20"/>
        </w:rPr>
        <w:t xml:space="preserve">  ·  </w:t>
      </w:r>
      <w:r>
        <w:rPr>
          <w:i/>
          <w:color w:val="595959"/>
          <w:sz w:val="20"/>
        </w:rPr>
        <w:t>[Website]</w:t>
      </w:r>
      <w:r>
        <w:rPr>
          <w:color w:val="595959"/>
          <w:sz w:val="20"/>
        </w:rPr>
        <w:t xml:space="preserve">  ·  </w:t>
      </w:r>
      <w:r>
        <w:rPr>
          <w:i/>
          <w:color w:val="595959"/>
          <w:sz w:val="20"/>
        </w:rPr>
        <w:t>[Social handle]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