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4"/>
        </w:rPr>
        <w:t xml:space="preserve">Season's Greetings from the </w:t>
      </w:r>
      <w:r>
        <w:rPr>
          <w:b/>
          <w:i/>
          <w:color w:val="595959"/>
          <w:sz w:val="44"/>
        </w:rPr>
        <w:t>[Family Name]</w:t>
      </w:r>
      <w:r>
        <w:rPr>
          <w:b/>
          <w:color w:val="333333"/>
          <w:sz w:val="44"/>
        </w:rPr>
        <w:t xml:space="preserve"> Family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[Holiday 2026]</w:t>
      </w:r>
      <w:r>
        <w:rPr>
          <w:color w:val="595959"/>
          <w:sz w:val="22"/>
        </w:rPr>
        <w:t xml:space="preserve">  ·  </w:t>
      </w:r>
      <w:r>
        <w:rPr>
          <w:i/>
          <w:color w:val="595959"/>
          <w:sz w:val="22"/>
        </w:rPr>
        <w:t>[City, State]</w:t>
      </w:r>
    </w:p>
    <w:p>
      <w:pPr>
        <w:spacing w:after="0" w:before="0"/>
      </w:pPr>
    </w:p>
    <w:p>
      <w:pPr>
        <w:spacing w:after="160" w:before="0"/>
      </w:pPr>
      <w:r>
        <w:rPr>
          <w:sz w:val="22"/>
        </w:rPr>
        <w:t>Dear friends and family,</w:t>
      </w:r>
    </w:p>
    <w:p>
      <w:pPr>
        <w:spacing w:after="160" w:before="0"/>
      </w:pPr>
      <w:r>
        <w:rPr>
          <w:i/>
          <w:color w:val="595959"/>
          <w:sz w:val="22"/>
        </w:rPr>
        <w:t>[Open with a warm greeting and one sentence that sums up the year: "What a year it has been! Between a new job, a new puppy and our first family road trip, 2026 kept us busy and grateful."]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THE YEAR IN REVIEW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[Biggest family highlight: a trip, a move, a milestone]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[Another memorable moment]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[Something funny that happened]</w:t>
      </w:r>
    </w:p>
    <w:p>
      <w:pPr>
        <w:keepNext/>
        <w:spacing w:before="200" w:after="80"/>
      </w:pPr>
      <w:r>
        <w:rPr>
          <w:b/>
          <w:i/>
          <w:color w:val="595959"/>
          <w:sz w:val="24"/>
        </w:rPr>
        <w:t>[NAME]</w:t>
      </w:r>
    </w:p>
    <w:p>
      <w:pPr>
        <w:spacing w:after="160" w:before="0"/>
      </w:pPr>
      <w:r>
        <w:rPr>
          <w:i/>
          <w:color w:val="595959"/>
          <w:sz w:val="22"/>
        </w:rPr>
        <w:t>[Two or three sentences on what this person has been up to: work, school, hobbies, proud moments.]</w:t>
      </w:r>
    </w:p>
    <w:p>
      <w:pPr>
        <w:keepNext/>
        <w:spacing w:before="200" w:after="80"/>
      </w:pPr>
      <w:r>
        <w:rPr>
          <w:b/>
          <w:i/>
          <w:color w:val="595959"/>
          <w:sz w:val="24"/>
        </w:rPr>
        <w:t>[NAME]</w:t>
      </w:r>
    </w:p>
    <w:p>
      <w:pPr>
        <w:spacing w:after="160" w:before="0"/>
      </w:pPr>
      <w:r>
        <w:rPr>
          <w:i/>
          <w:color w:val="595959"/>
          <w:sz w:val="22"/>
        </w:rPr>
        <w:t>[Updates for the next family member. Kids love seeing their own section.]</w:t>
      </w:r>
    </w:p>
    <w:p>
      <w:pPr>
        <w:keepNext/>
        <w:spacing w:before="200" w:after="80"/>
      </w:pPr>
      <w:r>
        <w:rPr>
          <w:b/>
          <w:i/>
          <w:color w:val="595959"/>
          <w:sz w:val="24"/>
        </w:rPr>
        <w:t>[PET'S NAME]</w:t>
      </w:r>
    </w:p>
    <w:p>
      <w:pPr>
        <w:spacing w:after="160" w:before="0"/>
      </w:pPr>
      <w:r>
        <w:rPr>
          <w:i/>
          <w:color w:val="595959"/>
          <w:sz w:val="22"/>
        </w:rPr>
        <w:t>[A short, funny update from the family pet.]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LOOKING AHEAD</w:t>
      </w:r>
    </w:p>
    <w:p>
      <w:pPr>
        <w:spacing w:after="160" w:before="0"/>
      </w:pPr>
      <w:r>
        <w:rPr>
          <w:i/>
          <w:color w:val="595959"/>
          <w:sz w:val="22"/>
        </w:rPr>
        <w:t>[Plans and hopes for the new year.]</w:t>
      </w:r>
    </w:p>
    <w:p>
      <w:pPr>
        <w:spacing w:after="160" w:before="0"/>
      </w:pPr>
      <w:r>
        <w:rPr>
          <w:sz w:val="22"/>
        </w:rPr>
        <w:t>Wishing you a joyful holiday season and a happy, healthy new year!</w:t>
      </w:r>
    </w:p>
    <w:p>
      <w:pPr>
        <w:spacing w:after="160" w:before="0"/>
      </w:pPr>
      <w:r>
        <w:rPr>
          <w:sz w:val="22"/>
        </w:rPr>
        <w:t>With love,</w:t>
      </w:r>
      <w:r>
        <w:br/>
      </w:r>
      <w:r>
        <w:rPr>
          <w:i/>
          <w:color w:val="595959"/>
          <w:sz w:val="22"/>
        </w:rPr>
        <w:t>[Names]</w:t>
      </w:r>
    </w:p>
    <w:p>
      <w:pPr>
        <w:spacing w:after="80" w:before="0"/>
      </w:pPr>
      <w:r>
        <w:rPr>
          <w:i/>
          <w:color w:val="595959"/>
          <w:sz w:val="18"/>
        </w:rPr>
        <w:t>[Address]</w:t>
      </w:r>
      <w:r>
        <w:rPr>
          <w:i/>
          <w:color w:val="595959"/>
          <w:sz w:val="18"/>
        </w:rPr>
        <w:t xml:space="preserve">  ·  </w:t>
      </w:r>
      <w:r>
        <w:rPr>
          <w:i/>
          <w:color w:val="595959"/>
          <w:sz w:val="18"/>
        </w:rPr>
        <w:t>[Email]</w:t>
      </w:r>
      <w:r>
        <w:rPr>
          <w:i/>
          <w:color w:val="595959"/>
          <w:sz w:val="18"/>
        </w:rPr>
        <w:t xml:space="preserve">  ·  </w:t>
      </w:r>
      <w:r>
        <w:rPr>
          <w:i/>
          <w:color w:val="595959"/>
          <w:sz w:val="18"/>
        </w:rPr>
        <w:t>[Phone]</w:t>
      </w:r>
      <w:r>
        <w:rPr>
          <w:i/>
          <w:color w:val="595959"/>
          <w:sz w:val="18"/>
        </w:rPr>
        <w:t xml:space="preserve"> — we'd love to hear from you!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