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E74B5"/>
          <w:sz w:val="52"/>
        </w:rPr>
        <w:t>INVOICE</w:t>
      </w:r>
    </w:p>
    <w:p>
      <w:r>
        <w:rPr>
          <w:b/>
          <w:sz w:val="26"/>
        </w:rPr>
        <w:t>[Your Business Name]</w:t>
      </w:r>
    </w:p>
    <w:p>
      <w:pPr>
        <w:spacing w:after="20"/>
      </w:pPr>
      <w:r>
        <w:rPr>
          <w:i/>
          <w:color w:val="595959"/>
          <w:sz w:val="20"/>
        </w:rPr>
        <w:t>[Street Address]</w:t>
      </w:r>
    </w:p>
    <w:p>
      <w:pPr>
        <w:spacing w:after="20"/>
      </w:pPr>
      <w:r>
        <w:rPr>
          <w:i/>
          <w:color w:val="595959"/>
          <w:sz w:val="20"/>
        </w:rPr>
        <w:t>[City, State ZIP]</w:t>
      </w:r>
    </w:p>
    <w:p>
      <w:pPr>
        <w:spacing w:after="20"/>
      </w:pPr>
      <w:r>
        <w:rPr>
          <w:i/>
          <w:color w:val="595959"/>
          <w:sz w:val="20"/>
        </w:rPr>
        <w:t>[Phone]  |  [Email]</w:t>
      </w:r>
    </w:p>
    <w:p>
      <w:pPr>
        <w:spacing w:after="20"/>
      </w:pPr>
      <w:r>
        <w:rPr>
          <w:i/>
          <w:color w:val="595959"/>
          <w:sz w:val="20"/>
        </w:rPr>
        <w:t>[Website, if any]</w:t>
      </w:r>
    </w:p>
    <w:p>
      <w:pPr>
        <w:pBdr>
          <w:bottom w:val="single" w:sz="8" w:space="1" w:color="2E74B5"/>
        </w:pBdr>
        <w:spacing w:after="16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D9E2F3"/>
          </w:tcPr>
          <w:p>
            <w:r>
              <w:rPr>
                <w:b/>
              </w:rPr>
              <w:t>Invoice Number:</w:t>
            </w:r>
          </w:p>
        </w:tc>
        <w:tc>
          <w:tcPr>
            <w:tcW w:type="dxa" w:w="4824"/>
          </w:tcPr>
          <w:p>
            <w:r>
              <w:t>[INV-0001]</w:t>
            </w:r>
          </w:p>
        </w:tc>
      </w:tr>
      <w:tr>
        <w:tc>
          <w:tcPr>
            <w:tcW w:type="dxa" w:w="4824"/>
            <w:shd w:val="clear" w:color="auto" w:fill="D9E2F3"/>
          </w:tcPr>
          <w:p>
            <w:r>
              <w:rPr>
                <w:b/>
              </w:rPr>
              <w:t>Invoice Date:</w:t>
            </w:r>
          </w:p>
        </w:tc>
        <w:tc>
          <w:tcPr>
            <w:tcW w:type="dxa" w:w="4824"/>
          </w:tcPr>
          <w:p>
            <w:r>
              <w:t>[Date]</w:t>
            </w:r>
          </w:p>
        </w:tc>
      </w:tr>
      <w:tr>
        <w:tc>
          <w:tcPr>
            <w:tcW w:type="dxa" w:w="4824"/>
            <w:shd w:val="clear" w:color="auto" w:fill="D9E2F3"/>
          </w:tcPr>
          <w:p>
            <w:r>
              <w:rPr>
                <w:b/>
              </w:rPr>
              <w:t>Due Date:</w:t>
            </w:r>
          </w:p>
        </w:tc>
        <w:tc>
          <w:tcPr>
            <w:tcW w:type="dxa" w:w="4824"/>
          </w:tcPr>
          <w:p>
            <w:r>
              <w:t>[Due Date]</w:t>
            </w:r>
          </w:p>
        </w:tc>
      </w:tr>
      <w:tr>
        <w:tc>
          <w:tcPr>
            <w:tcW w:type="dxa" w:w="4824"/>
            <w:shd w:val="clear" w:color="auto" w:fill="D9E2F3"/>
          </w:tcPr>
          <w:p>
            <w:r>
              <w:rPr>
                <w:b/>
              </w:rPr>
              <w:t>Bill To:</w:t>
            </w:r>
          </w:p>
        </w:tc>
        <w:tc>
          <w:tcPr>
            <w:tcW w:type="dxa" w:w="4824"/>
          </w:tcPr>
          <w:p>
            <w:r>
              <w:t>[Client Name]</w:t>
              <w:br/>
              <w:t>[Client Address]</w:t>
              <w:br/>
              <w:t>[Client Email]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D9E2F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12"/>
            <w:shd w:val="clear" w:color="auto" w:fill="D9E2F3"/>
          </w:tcPr>
          <w:p>
            <w:r>
              <w:rPr>
                <w:b/>
              </w:rPr>
              <w:t>Qty</w:t>
            </w:r>
          </w:p>
        </w:tc>
        <w:tc>
          <w:tcPr>
            <w:tcW w:type="dxa" w:w="2412"/>
            <w:shd w:val="clear" w:color="auto" w:fill="D9E2F3"/>
          </w:tcPr>
          <w:p>
            <w:r>
              <w:rPr>
                <w:b/>
              </w:rPr>
              <w:t>Rate</w:t>
            </w:r>
          </w:p>
        </w:tc>
        <w:tc>
          <w:tcPr>
            <w:tcW w:type="dxa" w:w="2412"/>
            <w:shd w:val="clear" w:color="auto" w:fill="D9E2F3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2412"/>
          </w:tcPr>
          <w:p>
            <w:r>
              <w:rPr>
                <w:i/>
                <w:color w:val="595959"/>
              </w:rPr>
              <w:t>[Description of service or product]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[1]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[$0.00]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[$0.00]</w:t>
            </w:r>
          </w:p>
        </w:tc>
      </w:tr>
      <w:tr>
        <w:tc>
          <w:tcPr>
            <w:tcW w:type="dxa" w:w="2412"/>
          </w:tcPr>
          <w:p>
            <w:r>
              <w:rPr>
                <w:i/>
                <w:color w:val="595959"/>
              </w:rPr>
              <w:t>[Description of service or product]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[1]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[$0.00]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[$0.00]</w:t>
            </w:r>
          </w:p>
        </w:tc>
      </w:tr>
      <w:tr>
        <w:tc>
          <w:tcPr>
            <w:tcW w:type="dxa" w:w="2412"/>
          </w:tcPr>
          <w:p>
            <w:r>
              <w:rPr>
                <w:i/>
                <w:color w:val="595959"/>
              </w:rPr>
              <w:t>[Description of service or product]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[1]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[$0.00]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[$0.00]</w:t>
            </w:r>
          </w:p>
        </w:tc>
      </w:tr>
      <w:tr>
        <w:tc>
          <w:tcPr>
            <w:tcW w:type="dxa" w:w="2412"/>
          </w:tcPr>
          <w:p>
            <w:r>
              <w:rPr>
                <w:i/>
                <w:color w:val="595959"/>
              </w:rPr>
              <w:t>[Description of service or product]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[1]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[$0.00]</w:t>
            </w:r>
          </w:p>
        </w:tc>
        <w:tc>
          <w:tcPr>
            <w:tcW w:type="dxa" w:w="2412"/>
          </w:tcPr>
          <w:p>
            <w:r>
              <w:rPr>
                <w:i/>
                <w:color w:val="595959"/>
              </w:rPr>
              <w:t>[$0.00]</w:t>
            </w:r>
          </w:p>
        </w:tc>
      </w:tr>
      <w:tr>
        <w:tc>
          <w:tcPr>
            <w:tcW w:type="dxa" w:w="7236"/>
            <w:gridSpan w:val="3"/>
          </w:tcPr>
          <w:p>
            <w:r>
              <w:rPr>
                <w:b w:val="0"/>
              </w:rPr>
              <w:t>Subtotal</w:t>
            </w:r>
          </w:p>
        </w:tc>
        <w:tc>
          <w:tcPr>
            <w:tcW w:type="dxa" w:w="2412"/>
          </w:tcPr>
          <w:p>
            <w:r>
              <w:rPr>
                <w:b w:val="0"/>
              </w:rPr>
              <w:t>[$0.00]</w:t>
            </w:r>
          </w:p>
        </w:tc>
      </w:tr>
      <w:tr>
        <w:tc>
          <w:tcPr>
            <w:tcW w:type="dxa" w:w="7236"/>
            <w:gridSpan w:val="3"/>
          </w:tcPr>
          <w:p>
            <w:r>
              <w:rPr>
                <w:b w:val="0"/>
              </w:rPr>
              <w:t>Tax ([X]%)</w:t>
            </w:r>
          </w:p>
        </w:tc>
        <w:tc>
          <w:tcPr>
            <w:tcW w:type="dxa" w:w="2412"/>
          </w:tcPr>
          <w:p>
            <w:r>
              <w:rPr>
                <w:b w:val="0"/>
              </w:rPr>
              <w:t>[$0.00]</w:t>
            </w:r>
          </w:p>
        </w:tc>
      </w:tr>
      <w:tr>
        <w:tc>
          <w:tcPr>
            <w:tcW w:type="dxa" w:w="7236"/>
            <w:gridSpan w:val="3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2412"/>
          </w:tcPr>
          <w:p>
            <w:r>
              <w:rPr>
                <w:b/>
              </w:rPr>
              <w:t>[$0.00]</w:t>
            </w:r>
          </w:p>
        </w:tc>
      </w:tr>
    </w:tbl>
    <w:p/>
    <w:p>
      <w:pPr>
        <w:spacing w:before="240" w:after="80"/>
      </w:pPr>
      <w:r>
        <w:rPr>
          <w:b/>
          <w:color w:val="2E74B5"/>
          <w:sz w:val="22"/>
        </w:rPr>
        <w:t>PAYMENT TERMS</w:t>
      </w:r>
    </w:p>
    <w:p>
      <w:r>
        <w:rPr>
          <w:i/>
          <w:color w:val="595959"/>
          <w:sz w:val="22"/>
        </w:rPr>
        <w:t>[[Payment due within 30 days. Accepted methods: [check / bank transfer / etc.]. Late payments subject to [X]% monthly fee.]]</w:t>
      </w:r>
    </w:p>
    <w:p>
      <w:r>
        <w:rPr>
          <w:i/>
          <w:color w:val="595959"/>
          <w:sz w:val="22"/>
        </w:rPr>
        <w:t>[[Thank you for your business!]]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