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33333"/>
          <w:sz w:val="44"/>
        </w:rPr>
        <w:t>[Job Title]</w:t>
      </w:r>
    </w:p>
    <w:p>
      <w:pPr>
        <w:spacing w:after="120"/>
        <w:jc w:val="center"/>
      </w:pPr>
      <w:r>
        <w:rPr>
          <w:b w:val="0"/>
          <w:i w:val="0"/>
          <w:color w:val="595959"/>
          <w:sz w:val="20"/>
        </w:rPr>
        <w:t>[Company Name]  |  [City, State]  |  [careers@company.com]</w:t>
      </w:r>
    </w:p>
    <w:p>
      <w:pPr>
        <w:spacing w:before="200"/>
      </w:pPr>
      <w:r>
        <w:rPr>
          <w:b/>
          <w:color w:val="2E74B5"/>
          <w:sz w:val="24"/>
        </w:rPr>
        <w:t>POSITION OVERVIEW</w:t>
      </w:r>
    </w:p>
    <w:p>
      <w:pPr>
        <w:spacing w:after="120"/>
      </w:pPr>
      <w:r>
        <w:rPr>
          <w:b w:val="0"/>
          <w:i/>
          <w:color w:val="595959"/>
          <w:sz w:val="22"/>
        </w:rPr>
        <w:t>[Two to three sentences describing the role, the team, and why this position matters to the company.]</w:t>
      </w:r>
    </w:p>
    <w:p>
      <w:pPr>
        <w:spacing w:before="200"/>
      </w:pPr>
      <w:r>
        <w:rPr>
          <w:b/>
          <w:color w:val="2E74B5"/>
          <w:sz w:val="24"/>
        </w:rPr>
        <w:t>KEY RESPONSIBILITIES</w:t>
      </w:r>
    </w:p>
    <w:p>
      <w:pPr>
        <w:pStyle w:val="ListBullet"/>
      </w:pPr>
      <w:r>
        <w:rPr>
          <w:i/>
          <w:color w:val="595959"/>
          <w:sz w:val="22"/>
        </w:rPr>
        <w:t>[Primary responsibility — what they will own day to day.]</w:t>
      </w:r>
    </w:p>
    <w:p>
      <w:pPr>
        <w:pStyle w:val="ListBullet"/>
      </w:pPr>
      <w:r>
        <w:rPr>
          <w:i/>
          <w:color w:val="595959"/>
          <w:sz w:val="22"/>
        </w:rPr>
        <w:t>[Second key responsibility with expected scope or volume.]</w:t>
      </w:r>
    </w:p>
    <w:p>
      <w:pPr>
        <w:pStyle w:val="ListBullet"/>
      </w:pPr>
      <w:r>
        <w:rPr>
          <w:i/>
          <w:color w:val="595959"/>
          <w:sz w:val="22"/>
        </w:rPr>
        <w:t>[Third key responsibility, e.g. collaboration, reporting, or delivery.]</w:t>
      </w:r>
    </w:p>
    <w:p>
      <w:pPr>
        <w:pStyle w:val="ListBullet"/>
      </w:pPr>
      <w:r>
        <w:rPr>
          <w:i/>
          <w:color w:val="595959"/>
          <w:sz w:val="22"/>
        </w:rPr>
        <w:t>[Additional responsibility as needed.]</w:t>
      </w:r>
    </w:p>
    <w:p>
      <w:pPr>
        <w:spacing w:before="200"/>
      </w:pPr>
      <w:r>
        <w:rPr>
          <w:b/>
          <w:color w:val="2E74B5"/>
          <w:sz w:val="24"/>
        </w:rPr>
        <w:t>REQUIRED QUALIFICATIONS</w:t>
      </w:r>
    </w:p>
    <w:p>
      <w:pPr>
        <w:pStyle w:val="ListBullet"/>
      </w:pPr>
      <w:r>
        <w:rPr>
          <w:i/>
          <w:color w:val="595959"/>
          <w:sz w:val="22"/>
        </w:rPr>
        <w:t>[[X] years of experience in [field or skill].]</w:t>
      </w:r>
    </w:p>
    <w:p>
      <w:pPr>
        <w:pStyle w:val="ListBullet"/>
      </w:pPr>
      <w:r>
        <w:rPr>
          <w:i/>
          <w:color w:val="595959"/>
          <w:sz w:val="22"/>
        </w:rPr>
        <w:t>[Must-have skill, certification, or degree.]</w:t>
      </w:r>
    </w:p>
    <w:p>
      <w:pPr>
        <w:pStyle w:val="ListBullet"/>
      </w:pPr>
      <w:r>
        <w:rPr>
          <w:i/>
          <w:color w:val="595959"/>
          <w:sz w:val="22"/>
        </w:rPr>
        <w:t>[Must-have soft skill, e.g. clear written communication.]</w:t>
      </w:r>
    </w:p>
    <w:p>
      <w:pPr>
        <w:spacing w:before="200"/>
      </w:pPr>
      <w:r>
        <w:rPr>
          <w:b/>
          <w:color w:val="2E74B5"/>
          <w:sz w:val="24"/>
        </w:rPr>
        <w:t>PREFERRED QUALIFICATIONS</w:t>
      </w:r>
    </w:p>
    <w:p>
      <w:pPr>
        <w:pStyle w:val="ListBullet"/>
      </w:pPr>
      <w:r>
        <w:rPr>
          <w:i/>
          <w:color w:val="595959"/>
          <w:sz w:val="22"/>
        </w:rPr>
        <w:t>[Nice-to-have experience or familiarity.]</w:t>
      </w:r>
    </w:p>
    <w:p>
      <w:pPr>
        <w:pStyle w:val="ListBullet"/>
      </w:pPr>
      <w:r>
        <w:rPr>
          <w:i/>
          <w:color w:val="595959"/>
          <w:sz w:val="22"/>
        </w:rPr>
        <w:t>[Nice-to-have certification or background.]</w:t>
      </w:r>
    </w:p>
    <w:p>
      <w:pPr>
        <w:spacing w:before="200"/>
      </w:pPr>
      <w:r>
        <w:rPr>
          <w:b/>
          <w:color w:val="2E74B5"/>
          <w:sz w:val="24"/>
        </w:rPr>
        <w:t>COMPENSATION &amp; BENEFITS</w:t>
      </w:r>
    </w:p>
    <w:p>
      <w:pPr>
        <w:spacing w:after="120"/>
      </w:pPr>
      <w:r>
        <w:rPr>
          <w:b w:val="0"/>
          <w:i/>
          <w:color w:val="595959"/>
          <w:sz w:val="22"/>
        </w:rPr>
        <w:t>[Salary range: $[low] – $[high] per year, plus (benefits: health, dental, vision, 401(k) match, PTO).]</w:t>
      </w:r>
    </w:p>
    <w:p>
      <w:pPr>
        <w:spacing w:before="200"/>
      </w:pPr>
      <w:r>
        <w:rPr>
          <w:b/>
          <w:color w:val="2E74B5"/>
          <w:sz w:val="24"/>
        </w:rPr>
        <w:t>HOW TO APPLY</w:t>
      </w:r>
    </w:p>
    <w:p>
      <w:pPr>
        <w:spacing w:after="120"/>
      </w:pPr>
      <w:r>
        <w:rPr>
          <w:b w:val="0"/>
          <w:i/>
          <w:color w:val="595959"/>
          <w:sz w:val="22"/>
        </w:rPr>
        <w:t>[Send your resume and a brief cover note to [email or application link]. Applications reviewed on a rolling basis.]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