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i w:val="0"/>
          <w:sz w:val="22"/>
        </w:rPr>
        <w:t>[Your Full Name]</w:t>
        <w:br/>
        <w:t>[Your Title], [Organization]</w:t>
        <w:br/>
        <w:t>[Street Address]  |  [City, State ZIP]</w:t>
        <w:br/>
        <w:t>[Phone]  |  [Email]</w:t>
      </w:r>
    </w:p>
    <w:p>
      <w:pPr>
        <w:spacing w:after="120"/>
      </w:pPr>
      <w:r>
        <w:rPr>
          <w:b w:val="0"/>
          <w:i w:val="0"/>
          <w:sz w:val="22"/>
        </w:rPr>
        <w:t>[Month Day, Year]</w:t>
      </w:r>
    </w:p>
    <w:p>
      <w:pPr>
        <w:spacing w:after="120"/>
      </w:pPr>
      <w:r>
        <w:rPr>
          <w:b w:val="0"/>
          <w:i w:val="0"/>
          <w:sz w:val="22"/>
        </w:rPr>
        <w:t>[Recipient Name / "To Whom It May Concern"]</w:t>
        <w:br/>
        <w:t>[Title, Organization]</w:t>
        <w:br/>
        <w:t>[Address]</w:t>
      </w:r>
    </w:p>
    <w:p>
      <w:pPr>
        <w:spacing w:after="120"/>
      </w:pPr>
      <w:r>
        <w:rPr>
          <w:b w:val="0"/>
          <w:i w:val="0"/>
          <w:sz w:val="22"/>
        </w:rPr>
        <w:t>Re: Letter of Recommendation for [Candidate Full Name]</w:t>
      </w:r>
    </w:p>
    <w:p>
      <w:pPr>
        <w:spacing w:after="120"/>
      </w:pPr>
      <w:r>
        <w:rPr>
          <w:b w:val="0"/>
          <w:i w:val="0"/>
          <w:sz w:val="22"/>
        </w:rPr>
        <w:t>Dear [Recipient Name / Hiring Committee],</w:t>
      </w:r>
    </w:p>
    <w:p>
      <w:pPr>
        <w:spacing w:after="120"/>
      </w:pPr>
      <w:r>
        <w:rPr>
          <w:b w:val="0"/>
          <w:i w:val="0"/>
          <w:sz w:val="22"/>
        </w:rPr>
        <w:t>I am writing to recommend [Candidate Full Name] for [position / program / opportunity]. I have known [him/her/them] for [X years] in my capacity as [your role] at [organization], where [he/she/they] [worked/studied/volunteered] as [role].</w:t>
      </w:r>
    </w:p>
    <w:p>
      <w:pPr>
        <w:spacing w:after="120"/>
      </w:pPr>
      <w:r>
        <w:rPr>
          <w:b w:val="0"/>
          <w:i w:val="0"/>
          <w:sz w:val="22"/>
        </w:rPr>
        <w:t>[Paragraph 2 — specific strengths: describe 2–3 standout qualities, each anchored to a concrete example or achievement. Quantify results where possible.]</w:t>
      </w:r>
    </w:p>
    <w:p>
      <w:pPr>
        <w:spacing w:after="120"/>
      </w:pPr>
      <w:r>
        <w:rPr>
          <w:b w:val="0"/>
          <w:i w:val="0"/>
          <w:sz w:val="22"/>
        </w:rPr>
        <w:t>[Paragraph 3 — character and work ethic: reliability, collaboration, growth over time. A brief comparison ("among the top [X]% of people I have managed") carries weight.]</w:t>
      </w:r>
    </w:p>
    <w:p>
      <w:pPr>
        <w:spacing w:after="120"/>
      </w:pPr>
      <w:r>
        <w:rPr>
          <w:b w:val="0"/>
          <w:i w:val="0"/>
          <w:sz w:val="22"/>
        </w:rPr>
        <w:t>I recommend [Candidate First Name] without reservation. Please feel free to contact me at [phone] or [email] if I can provide any further information.</w:t>
      </w:r>
    </w:p>
    <w:p>
      <w:pPr>
        <w:spacing w:after="120"/>
      </w:pPr>
      <w:r>
        <w:rPr>
          <w:b w:val="0"/>
          <w:i w:val="0"/>
          <w:sz w:val="22"/>
        </w:rPr>
        <w:t>Sincerely,</w:t>
      </w:r>
    </w:p>
    <w:p>
      <w:pPr>
        <w:spacing w:after="120"/>
      </w:pPr>
      <w:r>
        <w:rPr>
          <w:b w:val="0"/>
          <w:i w:val="0"/>
          <w:sz w:val="22"/>
        </w:rPr>
        <w:t>________________________________________</w:t>
      </w:r>
    </w:p>
    <w:p>
      <w:pPr>
        <w:spacing w:after="120"/>
      </w:pPr>
      <w:r>
        <w:rPr>
          <w:b w:val="0"/>
          <w:i/>
          <w:color w:val="595959"/>
          <w:sz w:val="20"/>
        </w:rPr>
        <w:t>[Your Name], [Title]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