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E74B5"/>
          <w:sz w:val="40"/>
        </w:rPr>
        <w:t>Meeting Agenda</w:t>
      </w:r>
    </w:p>
    <w:p>
      <w:pPr>
        <w:pBdr>
          <w:bottom w:val="single" w:sz="8" w:space="1" w:color="2E74B5"/>
        </w:pBdr>
        <w:spacing w:after="160"/>
      </w:pPr>
    </w:p>
    <w:p>
      <w:r>
        <w:rPr>
          <w:b/>
        </w:rPr>
        <w:t xml:space="preserve">Date: </w:t>
      </w:r>
      <w:r>
        <w:rPr>
          <w:i/>
          <w:color w:val="595959"/>
        </w:rPr>
        <w:t>[Date]</w:t>
      </w:r>
    </w:p>
    <w:p>
      <w:r>
        <w:rPr>
          <w:b/>
        </w:rPr>
        <w:t xml:space="preserve">Time: </w:t>
      </w:r>
      <w:r>
        <w:rPr>
          <w:i/>
          <w:color w:val="595959"/>
        </w:rPr>
        <w:t>[Time]</w:t>
      </w:r>
    </w:p>
    <w:p>
      <w:r>
        <w:rPr>
          <w:b/>
        </w:rPr>
        <w:t xml:space="preserve">Location / Link: </w:t>
      </w:r>
      <w:r>
        <w:rPr>
          <w:i/>
          <w:color w:val="595959"/>
        </w:rPr>
        <w:t>[Location / Link]</w:t>
      </w:r>
    </w:p>
    <w:p>
      <w:r>
        <w:rPr>
          <w:b/>
        </w:rPr>
        <w:t xml:space="preserve">Attendees: </w:t>
      </w:r>
      <w:r>
        <w:rPr>
          <w:i/>
          <w:color w:val="595959"/>
        </w:rPr>
        <w:t>[Attendees]</w:t>
      </w:r>
    </w:p>
    <w:p>
      <w:pPr>
        <w:spacing w:before="240" w:after="80"/>
      </w:pPr>
      <w:r>
        <w:rPr>
          <w:b/>
          <w:color w:val="2E74B5"/>
          <w:sz w:val="24"/>
        </w:rPr>
        <w:t>AGENDA TOPICS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Duration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[9:00 AM]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[Topic 1]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[15 min]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[9:00 AM]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[Topic 2]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[15 min]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[9:00 AM]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[Topic 3]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[15 min]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[9:00 AM]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[Topic 4]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[15 min]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[9:00 AM]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[Topic 5]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[15 min]</w:t>
            </w:r>
          </w:p>
        </w:tc>
      </w:tr>
    </w:tbl>
    <w:p>
      <w:pPr>
        <w:spacing w:before="240" w:after="80"/>
      </w:pPr>
      <w:r>
        <w:rPr>
          <w:b/>
          <w:color w:val="2E74B5"/>
          <w:sz w:val="24"/>
        </w:rPr>
        <w:t>ACTION ITEMS FROM LAST MEETING</w:t>
      </w:r>
    </w:p>
    <w:p>
      <w:pPr>
        <w:pStyle w:val="ListBullet"/>
      </w:pPr>
      <w:r>
        <w:rPr>
          <w:i/>
          <w:color w:val="595959"/>
        </w:rPr>
        <w:t>[Action item 1 — owner: [Name], due: [Date]]</w:t>
      </w:r>
    </w:p>
    <w:p>
      <w:pPr>
        <w:pStyle w:val="ListBullet"/>
      </w:pPr>
      <w:r>
        <w:rPr>
          <w:i/>
          <w:color w:val="595959"/>
        </w:rPr>
        <w:t>[Action item 2 — owner: [Name], due: [Date]]</w:t>
      </w:r>
    </w:p>
    <w:p>
      <w:pPr>
        <w:pStyle w:val="ListBullet"/>
      </w:pPr>
      <w:r>
        <w:rPr>
          <w:i/>
          <w:color w:val="595959"/>
        </w:rPr>
        <w:t>[Action item 3 — owner: [Name], due: [Date]]</w:t>
      </w:r>
    </w:p>
    <w:p>
      <w:pPr>
        <w:spacing w:before="240" w:after="80"/>
      </w:pPr>
      <w:r>
        <w:rPr>
          <w:b/>
          <w:color w:val="2E74B5"/>
          <w:sz w:val="24"/>
        </w:rPr>
        <w:t>NOTES</w:t>
      </w:r>
    </w:p>
    <w:p>
      <w:r>
        <w:rPr>
          <w:i/>
          <w:color w:val="595959"/>
          <w:sz w:val="22"/>
        </w:rPr>
        <w:t>_________________________________________________________________</w:t>
      </w:r>
    </w:p>
    <w:p>
      <w:r>
        <w:rPr>
          <w:i/>
          <w:color w:val="595959"/>
          <w:sz w:val="22"/>
        </w:rPr>
        <w:t>_________________________________________________________________</w:t>
      </w:r>
    </w:p>
    <w:p>
      <w:r>
        <w:rPr>
          <w:i/>
          <w:color w:val="595959"/>
          <w:sz w:val="22"/>
        </w:rPr>
        <w:t>_________________________________________________________________</w:t>
      </w:r>
    </w:p>
    <w:p>
      <w:r>
        <w:rPr>
          <w:i/>
          <w:color w:val="595959"/>
          <w:sz w:val="22"/>
        </w:rPr>
        <w:t>_________________________________________________________________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