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E74B5"/>
          <w:sz w:val="40"/>
        </w:rPr>
        <w:t>Meeting Minutes</w:t>
      </w:r>
    </w:p>
    <w:p>
      <w:pPr>
        <w:pBdr>
          <w:bottom w:val="single" w:sz="8" w:space="1" w:color="2E74B5"/>
        </w:pBdr>
        <w:spacing w:after="160"/>
      </w:pPr>
    </w:p>
    <w:p>
      <w:r>
        <w:rPr>
          <w:b/>
        </w:rPr>
        <w:t xml:space="preserve">Date: </w:t>
      </w:r>
      <w:r>
        <w:rPr>
          <w:i/>
          <w:color w:val="595959"/>
        </w:rPr>
        <w:t>[Date]</w:t>
      </w:r>
    </w:p>
    <w:p>
      <w:r>
        <w:rPr>
          <w:b/>
        </w:rPr>
        <w:t xml:space="preserve">Time: </w:t>
      </w:r>
      <w:r>
        <w:rPr>
          <w:i/>
          <w:color w:val="595959"/>
        </w:rPr>
        <w:t>[Time]</w:t>
      </w:r>
    </w:p>
    <w:p>
      <w:r>
        <w:rPr>
          <w:b/>
        </w:rPr>
        <w:t xml:space="preserve">Location / Link: </w:t>
      </w:r>
      <w:r>
        <w:rPr>
          <w:i/>
          <w:color w:val="595959"/>
        </w:rPr>
        <w:t>[Location / Link]</w:t>
      </w:r>
    </w:p>
    <w:p>
      <w:r>
        <w:rPr>
          <w:b/>
        </w:rPr>
        <w:t xml:space="preserve">Attendees: </w:t>
      </w:r>
      <w:r>
        <w:rPr>
          <w:i/>
          <w:color w:val="595959"/>
        </w:rPr>
        <w:t>[Attendees]</w:t>
      </w:r>
    </w:p>
    <w:p>
      <w:r>
        <w:rPr>
          <w:b/>
        </w:rPr>
        <w:t xml:space="preserve">Absent: </w:t>
      </w:r>
      <w:r>
        <w:rPr>
          <w:i/>
          <w:color w:val="595959"/>
        </w:rPr>
        <w:t>[Absent]</w:t>
      </w:r>
    </w:p>
    <w:p>
      <w:r>
        <w:rPr>
          <w:b/>
        </w:rPr>
        <w:t xml:space="preserve">Note Taker: </w:t>
      </w:r>
      <w:r>
        <w:rPr>
          <w:i/>
          <w:color w:val="595959"/>
        </w:rPr>
        <w:t>[Note Taker]</w:t>
      </w:r>
    </w:p>
    <w:p>
      <w:pPr>
        <w:spacing w:before="240" w:after="80"/>
      </w:pPr>
      <w:r>
        <w:rPr>
          <w:b/>
          <w:color w:val="2E74B5"/>
          <w:sz w:val="24"/>
        </w:rPr>
        <w:t>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Discussion Summary</w:t>
            </w:r>
          </w:p>
        </w:tc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Decision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[Topic 1]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[Key points discussed]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[Decision reached, or "Deferred"]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[Topic 2]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[Key points discussed]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[Decision reached, or "Deferred"]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[Topic 3]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[Key points discussed]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[Decision reached, or "Deferred"]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[Topic 4]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[Key points discussed]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[Decision reached, or "Deferred"]</w:t>
            </w:r>
          </w:p>
        </w:tc>
      </w:tr>
    </w:tbl>
    <w:p>
      <w:pPr>
        <w:spacing w:before="240" w:after="80"/>
      </w:pPr>
      <w:r>
        <w:rPr>
          <w:b/>
          <w:color w:val="2E74B5"/>
          <w:sz w:val="24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Action Item</w:t>
            </w:r>
          </w:p>
        </w:tc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216"/>
            <w:shd w:val="clear" w:color="auto" w:fill="D9E2F3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[Action 1]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[Date]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[Action 2]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[Date]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[Action 3]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[Date]</w:t>
            </w:r>
          </w:p>
        </w:tc>
      </w:tr>
      <w:tr>
        <w:tc>
          <w:tcPr>
            <w:tcW w:type="dxa" w:w="3216"/>
          </w:tcPr>
          <w:p>
            <w:r>
              <w:rPr>
                <w:i/>
                <w:color w:val="595959"/>
              </w:rPr>
              <w:t>[Action 4]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[Name]</w:t>
            </w:r>
          </w:p>
        </w:tc>
        <w:tc>
          <w:tcPr>
            <w:tcW w:type="dxa" w:w="3216"/>
          </w:tcPr>
          <w:p>
            <w:r>
              <w:rPr>
                <w:i/>
                <w:color w:val="595959"/>
              </w:rPr>
              <w:t>[Date]</w:t>
            </w:r>
          </w:p>
        </w:tc>
      </w:tr>
    </w:tbl>
    <w:p>
      <w:pPr>
        <w:spacing w:before="240" w:after="80"/>
      </w:pPr>
      <w:r>
        <w:rPr>
          <w:b/>
          <w:color w:val="2E74B5"/>
          <w:sz w:val="24"/>
        </w:rPr>
        <w:t>NEXT MEETING</w:t>
      </w:r>
    </w:p>
    <w:p>
      <w:r>
        <w:rPr>
          <w:i/>
          <w:color w:val="595959"/>
          <w:sz w:val="22"/>
        </w:rPr>
        <w:t>[[Date, time, and location of the next meeting]]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