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60"/>
        <w:gridCol w:w="450"/>
        <w:gridCol w:w="4860"/>
      </w:tblGrid>
      <w:tr>
        <w:trPr>
          <w:trHeight w:val="3360" w:hRule="exact"/>
        </w:trPr>
        <w:tc>
          <w:tcPr>
            <w:tcW w:type="dxa" w:w="4860"/>
            <w:tcMar>
              <w:top w:w="115" w:type="dxa"/>
              <w:left w:w="216" w:type="dxa"/>
              <w:bottom w:w="115" w:type="dxa"/>
              <w:right w:w="216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52"/>
              </w:rPr>
              <w:t>HELLO</w:t>
            </w:r>
          </w:p>
          <w:p>
            <w:pPr>
              <w:spacing w:after="20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2"/>
              </w:rPr>
              <w:t>my name is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/>
                <w:i w:val="0"/>
                <w:sz w:val="48"/>
              </w:rPr>
              <w:t>[Name]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[Company or table]</w:t>
            </w:r>
          </w:p>
        </w:tc>
        <w:tc>
          <w:tcPr>
            <w:tcW w:type="dxa" w:w="450"/>
          </w:tcPr>
          <w:p/>
        </w:tc>
        <w:tc>
          <w:tcPr>
            <w:tcW w:type="dxa" w:w="4860"/>
            <w:tcMar>
              <w:top w:w="115" w:type="dxa"/>
              <w:left w:w="216" w:type="dxa"/>
              <w:bottom w:w="115" w:type="dxa"/>
              <w:right w:w="216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52"/>
              </w:rPr>
              <w:t>HELLO</w:t>
            </w:r>
          </w:p>
          <w:p>
            <w:pPr>
              <w:spacing w:after="20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2"/>
              </w:rPr>
              <w:t>my name is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/>
                <w:i w:val="0"/>
                <w:sz w:val="48"/>
              </w:rPr>
              <w:t>[Name]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[Company or table]</w:t>
            </w:r>
          </w:p>
        </w:tc>
      </w:tr>
      <w:tr>
        <w:trPr>
          <w:trHeight w:val="240" w:hRule="exact"/>
        </w:trPr>
        <w:tc>
          <w:tcPr>
            <w:tcW w:type="dxa" w:w="4860"/>
          </w:tcPr>
          <w:p/>
        </w:tc>
        <w:tc>
          <w:tcPr>
            <w:tcW w:type="dxa" w:w="450"/>
          </w:tcPr>
          <w:p/>
        </w:tc>
        <w:tc>
          <w:tcPr>
            <w:tcW w:type="dxa" w:w="4860"/>
          </w:tcPr>
          <w:p/>
        </w:tc>
      </w:tr>
      <w:tr>
        <w:trPr>
          <w:trHeight w:val="3360" w:hRule="exact"/>
        </w:trPr>
        <w:tc>
          <w:tcPr>
            <w:tcW w:type="dxa" w:w="4860"/>
            <w:tcMar>
              <w:top w:w="115" w:type="dxa"/>
              <w:left w:w="216" w:type="dxa"/>
              <w:bottom w:w="115" w:type="dxa"/>
              <w:right w:w="216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52"/>
              </w:rPr>
              <w:t>HELLO</w:t>
            </w:r>
          </w:p>
          <w:p>
            <w:pPr>
              <w:spacing w:after="20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2"/>
              </w:rPr>
              <w:t>my name is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/>
                <w:i w:val="0"/>
                <w:sz w:val="48"/>
              </w:rPr>
              <w:t>[Name]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[Company or table]</w:t>
            </w:r>
          </w:p>
        </w:tc>
        <w:tc>
          <w:tcPr>
            <w:tcW w:type="dxa" w:w="450"/>
          </w:tcPr>
          <w:p/>
        </w:tc>
        <w:tc>
          <w:tcPr>
            <w:tcW w:type="dxa" w:w="4860"/>
            <w:tcMar>
              <w:top w:w="115" w:type="dxa"/>
              <w:left w:w="216" w:type="dxa"/>
              <w:bottom w:w="115" w:type="dxa"/>
              <w:right w:w="216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52"/>
              </w:rPr>
              <w:t>HELLO</w:t>
            </w:r>
          </w:p>
          <w:p>
            <w:pPr>
              <w:spacing w:after="20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2"/>
              </w:rPr>
              <w:t>my name is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/>
                <w:i w:val="0"/>
                <w:sz w:val="48"/>
              </w:rPr>
              <w:t>[Name]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[Company or table]</w:t>
            </w:r>
          </w:p>
        </w:tc>
      </w:tr>
      <w:tr>
        <w:trPr>
          <w:trHeight w:val="240" w:hRule="exact"/>
        </w:trPr>
        <w:tc>
          <w:tcPr>
            <w:tcW w:type="dxa" w:w="4860"/>
          </w:tcPr>
          <w:p/>
        </w:tc>
        <w:tc>
          <w:tcPr>
            <w:tcW w:type="dxa" w:w="450"/>
          </w:tcPr>
          <w:p/>
        </w:tc>
        <w:tc>
          <w:tcPr>
            <w:tcW w:type="dxa" w:w="4860"/>
          </w:tcPr>
          <w:p/>
        </w:tc>
      </w:tr>
      <w:tr>
        <w:trPr>
          <w:trHeight w:val="3360" w:hRule="exact"/>
        </w:trPr>
        <w:tc>
          <w:tcPr>
            <w:tcW w:type="dxa" w:w="4860"/>
            <w:tcMar>
              <w:top w:w="115" w:type="dxa"/>
              <w:left w:w="216" w:type="dxa"/>
              <w:bottom w:w="115" w:type="dxa"/>
              <w:right w:w="216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52"/>
              </w:rPr>
              <w:t>HELLO</w:t>
            </w:r>
          </w:p>
          <w:p>
            <w:pPr>
              <w:spacing w:after="20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2"/>
              </w:rPr>
              <w:t>my name is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/>
                <w:i w:val="0"/>
                <w:sz w:val="48"/>
              </w:rPr>
              <w:t>[Name]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[Company or table]</w:t>
            </w:r>
          </w:p>
        </w:tc>
        <w:tc>
          <w:tcPr>
            <w:tcW w:type="dxa" w:w="450"/>
          </w:tcPr>
          <w:p/>
        </w:tc>
        <w:tc>
          <w:tcPr>
            <w:tcW w:type="dxa" w:w="4860"/>
            <w:tcMar>
              <w:top w:w="115" w:type="dxa"/>
              <w:left w:w="216" w:type="dxa"/>
              <w:bottom w:w="115" w:type="dxa"/>
              <w:right w:w="216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52"/>
              </w:rPr>
              <w:t>HELLO</w:t>
            </w:r>
          </w:p>
          <w:p>
            <w:pPr>
              <w:spacing w:after="20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2"/>
              </w:rPr>
              <w:t>my name is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/>
                <w:i w:val="0"/>
                <w:sz w:val="48"/>
              </w:rPr>
              <w:t>[Name]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[Company or table]</w:t>
            </w:r>
          </w:p>
        </w:tc>
      </w:tr>
      <w:tr>
        <w:trPr>
          <w:trHeight w:val="240" w:hRule="exact"/>
        </w:trPr>
        <w:tc>
          <w:tcPr>
            <w:tcW w:type="dxa" w:w="4860"/>
          </w:tcPr>
          <w:p/>
        </w:tc>
        <w:tc>
          <w:tcPr>
            <w:tcW w:type="dxa" w:w="450"/>
          </w:tcPr>
          <w:p/>
        </w:tc>
        <w:tc>
          <w:tcPr>
            <w:tcW w:type="dxa" w:w="4860"/>
          </w:tcPr>
          <w:p/>
        </w:tc>
      </w:tr>
      <w:tr>
        <w:trPr>
          <w:trHeight w:val="3360" w:hRule="exact"/>
        </w:trPr>
        <w:tc>
          <w:tcPr>
            <w:tcW w:type="dxa" w:w="4860"/>
            <w:tcMar>
              <w:top w:w="115" w:type="dxa"/>
              <w:left w:w="216" w:type="dxa"/>
              <w:bottom w:w="115" w:type="dxa"/>
              <w:right w:w="216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52"/>
              </w:rPr>
              <w:t>HELLO</w:t>
            </w:r>
          </w:p>
          <w:p>
            <w:pPr>
              <w:spacing w:after="20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2"/>
              </w:rPr>
              <w:t>my name is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/>
                <w:i w:val="0"/>
                <w:sz w:val="48"/>
              </w:rPr>
              <w:t>[Name]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[Company or table]</w:t>
            </w:r>
          </w:p>
        </w:tc>
        <w:tc>
          <w:tcPr>
            <w:tcW w:type="dxa" w:w="450"/>
          </w:tcPr>
          <w:p/>
        </w:tc>
        <w:tc>
          <w:tcPr>
            <w:tcW w:type="dxa" w:w="4860"/>
            <w:tcMar>
              <w:top w:w="115" w:type="dxa"/>
              <w:left w:w="216" w:type="dxa"/>
              <w:bottom w:w="115" w:type="dxa"/>
              <w:right w:w="216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C00000"/>
                <w:sz w:val="52"/>
              </w:rPr>
              <w:t>HELLO</w:t>
            </w:r>
          </w:p>
          <w:p>
            <w:pPr>
              <w:spacing w:after="20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2"/>
              </w:rPr>
              <w:t>my name is</w:t>
            </w:r>
          </w:p>
          <w:p>
            <w:pPr>
              <w:spacing w:after="80" w:before="0" w:line="240" w:lineRule="auto"/>
              <w:jc w:val="center"/>
            </w:pPr>
            <w:r>
              <w:rPr>
                <w:b/>
                <w:i w:val="0"/>
                <w:sz w:val="48"/>
              </w:rPr>
              <w:t>[Name]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[Company or table]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2240" w:h="15840"/>
      <w:pgMar w:top="850" w:right="1080" w:bottom="615" w:left="99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