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i w:val="0"/>
          <w:sz w:val="28"/>
        </w:rPr>
        <w:t>[Company Name]</w:t>
      </w:r>
    </w:p>
    <w:p>
      <w:pPr>
        <w:spacing w:after="120"/>
        <w:jc w:val="center"/>
      </w:pPr>
      <w:r>
        <w:rPr>
          <w:b w:val="0"/>
          <w:i w:val="0"/>
          <w:color w:val="595959"/>
          <w:sz w:val="20"/>
        </w:rPr>
        <w:t>[Street Address]  |  [City, State ZIP]  |  [Phone]</w:t>
      </w:r>
    </w:p>
    <w:p>
      <w:pPr>
        <w:spacing w:after="120"/>
      </w:pPr>
      <w:r>
        <w:rPr>
          <w:b w:val="0"/>
          <w:i w:val="0"/>
          <w:sz w:val="22"/>
        </w:rPr>
        <w:t>[Month Day, Year]</w:t>
      </w:r>
    </w:p>
    <w:p>
      <w:pPr>
        <w:spacing w:after="120"/>
      </w:pPr>
      <w:r>
        <w:rPr>
          <w:b w:val="0"/>
          <w:i w:val="0"/>
          <w:sz w:val="22"/>
        </w:rPr>
        <w:t>[Candidate Full Name]</w:t>
        <w:br/>
        <w:t>[Street Address]</w:t>
        <w:br/>
        <w:t>[City, State ZIP]</w:t>
      </w:r>
    </w:p>
    <w:p>
      <w:pPr>
        <w:spacing w:after="120"/>
      </w:pPr>
      <w:r>
        <w:rPr>
          <w:b w:val="0"/>
          <w:i w:val="0"/>
          <w:sz w:val="22"/>
        </w:rPr>
        <w:t>Re: Offer of Employment — [Job Title]</w:t>
      </w:r>
    </w:p>
    <w:p>
      <w:pPr>
        <w:spacing w:after="120"/>
      </w:pPr>
      <w:r>
        <w:rPr>
          <w:b w:val="0"/>
          <w:i w:val="0"/>
          <w:sz w:val="22"/>
        </w:rPr>
        <w:t>Dear [Candidate First Name],</w:t>
      </w:r>
    </w:p>
    <w:p>
      <w:pPr>
        <w:spacing w:after="120"/>
      </w:pPr>
      <w:r>
        <w:rPr>
          <w:b w:val="0"/>
          <w:i w:val="0"/>
          <w:sz w:val="22"/>
        </w:rPr>
        <w:t>We are pleased to offer you the position of [Job Title] at [Company Name], reporting to [Manager Name, Title]. Your anticipated start date is [Month Day, Year].</w:t>
      </w:r>
    </w:p>
    <w:p>
      <w:pPr>
        <w:spacing w:before="200"/>
      </w:pPr>
      <w:r>
        <w:rPr>
          <w:b/>
          <w:color w:val="2E74B5"/>
          <w:sz w:val="24"/>
        </w:rPr>
        <w:t>COMPENSATION</w:t>
      </w:r>
    </w:p>
    <w:p>
      <w:pPr>
        <w:spacing w:after="120"/>
      </w:pPr>
      <w:r>
        <w:rPr>
          <w:b w:val="0"/>
          <w:i w:val="0"/>
          <w:sz w:val="22"/>
        </w:rPr>
        <w:t>Base salary: $[Amount] per [year/hour], paid [biweekly/monthly]. [Any bonus, commission, or equity details.]</w:t>
      </w:r>
    </w:p>
    <w:p>
      <w:pPr>
        <w:spacing w:before="200"/>
      </w:pPr>
      <w:r>
        <w:rPr>
          <w:b/>
          <w:color w:val="2E74B5"/>
          <w:sz w:val="24"/>
        </w:rPr>
        <w:t>BENEFITS</w:t>
      </w:r>
    </w:p>
    <w:p>
      <w:pPr>
        <w:spacing w:after="120"/>
      </w:pPr>
      <w:r>
        <w:rPr>
          <w:b w:val="0"/>
          <w:i/>
          <w:color w:val="595959"/>
          <w:sz w:val="22"/>
        </w:rPr>
        <w:t>[Summarize benefits: health/dental/vision effective [date], PTO accrual, holidays, 401(k), etc.]</w:t>
      </w:r>
    </w:p>
    <w:p>
      <w:pPr>
        <w:spacing w:before="200"/>
      </w:pPr>
      <w:r>
        <w:rPr>
          <w:b/>
          <w:color w:val="2E74B5"/>
          <w:sz w:val="24"/>
        </w:rPr>
        <w:t>CONDITIONS</w:t>
      </w:r>
    </w:p>
    <w:p>
      <w:pPr>
        <w:spacing w:after="120"/>
      </w:pPr>
      <w:r>
        <w:rPr>
          <w:b w:val="0"/>
          <w:i/>
          <w:color w:val="595959"/>
          <w:sz w:val="22"/>
        </w:rPr>
        <w:t>[Contingent on background check, I-9 verification, signed confidentiality agreement, etc. Employment is at-will.]</w:t>
      </w:r>
    </w:p>
    <w:p>
      <w:pPr>
        <w:spacing w:after="120"/>
      </w:pPr>
      <w:r>
        <w:rPr>
          <w:b w:val="0"/>
          <w:i w:val="0"/>
          <w:sz w:val="22"/>
        </w:rPr>
        <w:t>To accept, please sign below and return this letter by [Month Day, Year]. We are excited to have you join the team.</w:t>
      </w:r>
    </w:p>
    <w:p>
      <w:pPr>
        <w:spacing w:after="120"/>
      </w:pPr>
      <w:r>
        <w:rPr>
          <w:b w:val="0"/>
          <w:i w:val="0"/>
          <w:sz w:val="22"/>
        </w:rPr>
        <w:t>Sincerely,</w:t>
      </w:r>
    </w:p>
    <w:p>
      <w:pPr>
        <w:spacing w:after="120"/>
      </w:pPr>
      <w:r>
        <w:rPr>
          <w:b w:val="0"/>
          <w:i w:val="0"/>
          <w:sz w:val="22"/>
        </w:rPr>
        <w:t>________________________________________</w:t>
      </w:r>
    </w:p>
    <w:p>
      <w:pPr>
        <w:spacing w:after="120"/>
      </w:pPr>
      <w:r>
        <w:rPr>
          <w:b w:val="0"/>
          <w:i/>
          <w:color w:val="595959"/>
          <w:sz w:val="20"/>
        </w:rPr>
        <w:t>[Hiring Manager Name], [Title]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2"/>
        </w:rPr>
        <w:t>ACCEPTANCE</w:t>
      </w:r>
    </w:p>
    <w:p>
      <w:pPr>
        <w:spacing w:after="120"/>
      </w:pPr>
      <w:r>
        <w:rPr>
          <w:b w:val="0"/>
          <w:i w:val="0"/>
          <w:sz w:val="22"/>
        </w:rPr>
        <w:t>I accept the offer described above.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________________________________________</w:t>
      </w:r>
    </w:p>
    <w:p>
      <w:pPr>
        <w:spacing w:after="120"/>
      </w:pPr>
      <w:r>
        <w:rPr>
          <w:b w:val="0"/>
          <w:i/>
          <w:color w:val="595959"/>
          <w:sz w:val="20"/>
        </w:rPr>
        <w:t>Candidate Signature                    Date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