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60"/>
        <w:gridCol w:w="5760"/>
      </w:tblGrid>
      <w:tr>
        <w:trPr>
          <w:trHeight w:val="3780" w:hRule="exact"/>
        </w:trPr>
        <w:tc>
          <w:tcPr>
            <w:tcW w:type="dxa" w:w="5760"/>
            <w:tcMar>
              <w:top w:w="144" w:type="dxa"/>
              <w:left w:w="288" w:type="dxa"/>
              <w:bottom w:w="144" w:type="dxa"/>
              <w:right w:w="288" w:type="dxa"/>
            </w:tcMar>
            <w:tcBorders>
              <w:top w:val="dashed" w:sz="4" w:color="BFBFBF" w:space="0"/>
              <w:left w:val="dashed" w:sz="4" w:color="BFBFBF" w:space="0"/>
              <w:bottom w:val="nil"/>
              <w:right w:val="dashed" w:sz="4" w:color="BFBFBF" w:space="0"/>
            </w:tcBorders>
          </w:tcPr>
          <w:p/>
        </w:tc>
        <w:tc>
          <w:tcPr>
            <w:tcW w:type="dxa" w:w="5760"/>
            <w:tcMar>
              <w:top w:w="144" w:type="dxa"/>
              <w:left w:w="288" w:type="dxa"/>
              <w:bottom w:w="144" w:type="dxa"/>
              <w:right w:w="288" w:type="dxa"/>
            </w:tcMar>
            <w:tcBorders>
              <w:top w:val="dashed" w:sz="4" w:color="BFBFBF" w:space="0"/>
              <w:left w:val="dashed" w:sz="4" w:color="BFBFBF" w:space="0"/>
              <w:bottom w:val="nil"/>
              <w:right w:val="dashed" w:sz="4" w:color="BFBFBF" w:space="0"/>
            </w:tcBorders>
          </w:tcPr>
          <w:p/>
        </w:tc>
      </w:tr>
      <w:tr>
        <w:trPr>
          <w:trHeight w:val="3780" w:hRule="exact"/>
        </w:trPr>
        <w:tc>
          <w:tcPr>
            <w:tcW w:type="dxa" w:w="5760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  <w:tcBorders>
              <w:top w:val="dashed" w:sz="4" w:color="9DC3E6" w:space="0"/>
              <w:left w:val="dashed" w:sz="4" w:color="BFBFBF" w:space="0"/>
              <w:bottom w:val="dashed" w:sz="4" w:color="BFBFBF" w:space="0"/>
              <w:right w:val="dashed" w:sz="4" w:color="BFBFBF" w:space="0"/>
            </w:tcBorders>
          </w:tcPr>
          <w:p>
            <w:pPr>
              <w:spacing w:after="120" w:before="0" w:line="240" w:lineRule="auto"/>
              <w:jc w:val="center"/>
            </w:pPr>
            <w:r>
              <w:rPr>
                <w:rFonts w:ascii="Georgia" w:hAnsi="Georgia" w:eastAsia="Georgia"/>
                <w:b w:val="0"/>
                <w:i/>
                <w:sz w:val="48"/>
              </w:rPr>
              <w:t>[Guest 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[Table 1]</w:t>
            </w:r>
          </w:p>
        </w:tc>
        <w:tc>
          <w:tcPr>
            <w:tcW w:type="dxa" w:w="5760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  <w:tcBorders>
              <w:top w:val="dashed" w:sz="4" w:color="9DC3E6" w:space="0"/>
              <w:left w:val="dashed" w:sz="4" w:color="BFBFBF" w:space="0"/>
              <w:bottom w:val="dashed" w:sz="4" w:color="BFBFBF" w:space="0"/>
              <w:right w:val="dashed" w:sz="4" w:color="BFBFBF" w:space="0"/>
            </w:tcBorders>
          </w:tcPr>
          <w:p>
            <w:pPr>
              <w:spacing w:after="120" w:before="0" w:line="240" w:lineRule="auto"/>
              <w:jc w:val="center"/>
            </w:pPr>
            <w:r>
              <w:rPr>
                <w:rFonts w:ascii="Georgia" w:hAnsi="Georgia" w:eastAsia="Georgia"/>
                <w:b w:val="0"/>
                <w:i/>
                <w:sz w:val="48"/>
              </w:rPr>
              <w:t>[Guest 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[Table 1]</w:t>
            </w:r>
          </w:p>
        </w:tc>
      </w:tr>
      <w:tr>
        <w:trPr>
          <w:trHeight w:val="3780" w:hRule="exact"/>
        </w:trPr>
        <w:tc>
          <w:tcPr>
            <w:tcW w:type="dxa" w:w="5760"/>
            <w:tcMar>
              <w:top w:w="144" w:type="dxa"/>
              <w:left w:w="288" w:type="dxa"/>
              <w:bottom w:w="144" w:type="dxa"/>
              <w:right w:w="288" w:type="dxa"/>
            </w:tcMar>
            <w:tcBorders>
              <w:top w:val="dashed" w:sz="4" w:color="BFBFBF" w:space="0"/>
              <w:left w:val="dashed" w:sz="4" w:color="BFBFBF" w:space="0"/>
              <w:bottom w:val="nil"/>
              <w:right w:val="dashed" w:sz="4" w:color="BFBFBF" w:space="0"/>
            </w:tcBorders>
          </w:tcPr>
          <w:p/>
        </w:tc>
        <w:tc>
          <w:tcPr>
            <w:tcW w:type="dxa" w:w="5760"/>
            <w:tcMar>
              <w:top w:w="144" w:type="dxa"/>
              <w:left w:w="288" w:type="dxa"/>
              <w:bottom w:w="144" w:type="dxa"/>
              <w:right w:w="288" w:type="dxa"/>
            </w:tcMar>
            <w:tcBorders>
              <w:top w:val="dashed" w:sz="4" w:color="BFBFBF" w:space="0"/>
              <w:left w:val="dashed" w:sz="4" w:color="BFBFBF" w:space="0"/>
              <w:bottom w:val="nil"/>
              <w:right w:val="dashed" w:sz="4" w:color="BFBFBF" w:space="0"/>
            </w:tcBorders>
          </w:tcPr>
          <w:p/>
        </w:tc>
      </w:tr>
      <w:tr>
        <w:trPr>
          <w:trHeight w:val="3780" w:hRule="exact"/>
        </w:trPr>
        <w:tc>
          <w:tcPr>
            <w:tcW w:type="dxa" w:w="5760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  <w:tcBorders>
              <w:top w:val="dashed" w:sz="4" w:color="9DC3E6" w:space="0"/>
              <w:left w:val="dashed" w:sz="4" w:color="BFBFBF" w:space="0"/>
              <w:bottom w:val="dashed" w:sz="4" w:color="BFBFBF" w:space="0"/>
              <w:right w:val="dashed" w:sz="4" w:color="BFBFBF" w:space="0"/>
            </w:tcBorders>
          </w:tcPr>
          <w:p>
            <w:pPr>
              <w:spacing w:after="120" w:before="0" w:line="240" w:lineRule="auto"/>
              <w:jc w:val="center"/>
            </w:pPr>
            <w:r>
              <w:rPr>
                <w:rFonts w:ascii="Georgia" w:hAnsi="Georgia" w:eastAsia="Georgia"/>
                <w:b w:val="0"/>
                <w:i/>
                <w:sz w:val="48"/>
              </w:rPr>
              <w:t>[Guest 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[Table 1]</w:t>
            </w:r>
          </w:p>
        </w:tc>
        <w:tc>
          <w:tcPr>
            <w:tcW w:type="dxa" w:w="5760"/>
            <w:tcMar>
              <w:top w:w="144" w:type="dxa"/>
              <w:left w:w="288" w:type="dxa"/>
              <w:bottom w:w="144" w:type="dxa"/>
              <w:right w:w="288" w:type="dxa"/>
            </w:tcMar>
            <w:vAlign w:val="center"/>
            <w:tcBorders>
              <w:top w:val="dashed" w:sz="4" w:color="9DC3E6" w:space="0"/>
              <w:left w:val="dashed" w:sz="4" w:color="BFBFBF" w:space="0"/>
              <w:bottom w:val="dashed" w:sz="4" w:color="BFBFBF" w:space="0"/>
              <w:right w:val="dashed" w:sz="4" w:color="BFBFBF" w:space="0"/>
            </w:tcBorders>
          </w:tcPr>
          <w:p>
            <w:pPr>
              <w:spacing w:after="120" w:before="0" w:line="240" w:lineRule="auto"/>
              <w:jc w:val="center"/>
            </w:pPr>
            <w:r>
              <w:rPr>
                <w:rFonts w:ascii="Georgia" w:hAnsi="Georgia" w:eastAsia="Georgia"/>
                <w:b w:val="0"/>
                <w:i/>
                <w:sz w:val="48"/>
              </w:rPr>
              <w:t>[Guest Name]</w:t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95959"/>
                <w:sz w:val="20"/>
              </w:rPr>
              <w:t>[Table 1]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2240" w:h="15840"/>
      <w:pgMar w:top="360" w:right="360" w:bottom="144" w:left="36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