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E74B5"/>
          <w:sz w:val="44"/>
        </w:rPr>
        <w:t>Project Proposal</w:t>
      </w:r>
    </w:p>
    <w:p>
      <w:pPr>
        <w:jc w:val="center"/>
      </w:pPr>
      <w:r>
        <w:rPr>
          <w:b/>
          <w:sz w:val="32"/>
        </w:rPr>
        <w:t>[Project Name]</w:t>
      </w:r>
    </w:p>
    <w:p>
      <w:pPr>
        <w:jc w:val="center"/>
      </w:pPr>
      <w:r>
        <w:rPr>
          <w:i/>
          <w:color w:val="595959"/>
        </w:rPr>
        <w:t>Prepared for: [Prepared for]</w:t>
      </w:r>
    </w:p>
    <w:p>
      <w:pPr>
        <w:jc w:val="center"/>
      </w:pPr>
      <w:r>
        <w:rPr>
          <w:i/>
          <w:color w:val="595959"/>
        </w:rPr>
        <w:t>Prepared by: [Prepared by]</w:t>
      </w:r>
    </w:p>
    <w:p>
      <w:pPr>
        <w:jc w:val="center"/>
      </w:pPr>
      <w:r>
        <w:rPr>
          <w:i/>
          <w:color w:val="595959"/>
        </w:rPr>
        <w:t>Date: [Date]</w:t>
      </w:r>
    </w:p>
    <w:p>
      <w:pPr>
        <w:pBdr>
          <w:bottom w:val="single" w:sz="8" w:space="1" w:color="2E74B5"/>
        </w:pBdr>
        <w:spacing w:after="160"/>
      </w:pPr>
    </w:p>
    <w:p>
      <w:pPr>
        <w:spacing w:before="240" w:after="80"/>
      </w:pPr>
      <w:r>
        <w:rPr>
          <w:b/>
          <w:color w:val="2E74B5"/>
          <w:sz w:val="24"/>
        </w:rPr>
        <w:t>EXECUTIVE SUMMARY</w:t>
      </w:r>
    </w:p>
    <w:p>
      <w:r>
        <w:rPr>
          <w:i/>
          <w:color w:val="595959"/>
          <w:sz w:val="22"/>
        </w:rPr>
        <w:t>[[Two to four sentences: what this project is, why it matters, and the outcome it will deliver. Write this last, after the rest is done.]]</w:t>
      </w:r>
    </w:p>
    <w:p>
      <w:pPr>
        <w:spacing w:before="240" w:after="80"/>
      </w:pPr>
      <w:r>
        <w:rPr>
          <w:b/>
          <w:color w:val="2E74B5"/>
          <w:sz w:val="24"/>
        </w:rPr>
        <w:t>OBJECTIVES</w:t>
      </w:r>
    </w:p>
    <w:p>
      <w:pPr>
        <w:pStyle w:val="ListBullet"/>
      </w:pPr>
      <w:r>
        <w:rPr>
          <w:i/>
          <w:color w:val="595959"/>
        </w:rPr>
        <w:t>[Objective 1: specific, measurable goal.]</w:t>
      </w:r>
    </w:p>
    <w:p>
      <w:pPr>
        <w:pStyle w:val="ListBullet"/>
      </w:pPr>
      <w:r>
        <w:rPr>
          <w:i/>
          <w:color w:val="595959"/>
        </w:rPr>
        <w:t>[Objective 2: specific, measurable goal.]</w:t>
      </w:r>
    </w:p>
    <w:p>
      <w:pPr>
        <w:pStyle w:val="ListBullet"/>
      </w:pPr>
      <w:r>
        <w:rPr>
          <w:i/>
          <w:color w:val="595959"/>
        </w:rPr>
        <w:t>[Objective 3: specific, measurable goal.]</w:t>
      </w:r>
    </w:p>
    <w:p>
      <w:pPr>
        <w:spacing w:before="240" w:after="80"/>
      </w:pPr>
      <w:r>
        <w:rPr>
          <w:b/>
          <w:color w:val="2E74B5"/>
          <w:sz w:val="24"/>
        </w:rPr>
        <w:t>SCOPE</w:t>
      </w:r>
    </w:p>
    <w:p>
      <w:r>
        <w:rPr>
          <w:b/>
        </w:rPr>
        <w:t xml:space="preserve">In scope: </w:t>
      </w:r>
      <w:r>
        <w:rPr>
          <w:i/>
          <w:color w:val="595959"/>
        </w:rPr>
        <w:t>[[What this project covers.]]</w:t>
      </w:r>
    </w:p>
    <w:p>
      <w:r>
        <w:rPr>
          <w:b/>
        </w:rPr>
        <w:t xml:space="preserve">Out of scope: </w:t>
      </w:r>
      <w:r>
        <w:rPr>
          <w:i/>
          <w:color w:val="595959"/>
        </w:rPr>
        <w:t>[[What this project explicitly does not cover.]]</w:t>
      </w:r>
    </w:p>
    <w:p>
      <w:pPr>
        <w:spacing w:before="240" w:after="80"/>
      </w:pPr>
      <w:r>
        <w:rPr>
          <w:b/>
          <w:color w:val="2E74B5"/>
          <w:sz w:val="24"/>
        </w:rPr>
        <w:t>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D9E2F3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</w:rPr>
              <w:t>Key Activities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</w:rPr>
              <w:t>Timeframe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</w:rPr>
              <w:t>[Phase 1]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[Main activities]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[e.g. Weeks 1–2]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</w:rPr>
              <w:t>[Phase 2]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[Main activities]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[e.g. Weeks 1–2]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</w:rPr>
              <w:t>[Phase 3]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[Main activities]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[e.g. Weeks 1–2]</w:t>
            </w:r>
          </w:p>
        </w:tc>
      </w:tr>
      <w:tr>
        <w:tc>
          <w:tcPr>
            <w:tcW w:type="dxa" w:w="3120"/>
          </w:tcPr>
          <w:p>
            <w:r>
              <w:rPr>
                <w:i/>
                <w:color w:val="595959"/>
              </w:rPr>
              <w:t>[Phase 4]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[Main activities]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</w:rPr>
              <w:t>[e.g. Weeks 1–2]</w:t>
            </w:r>
          </w:p>
        </w:tc>
      </w:tr>
    </w:tbl>
    <w:p>
      <w:pPr>
        <w:spacing w:before="240" w:after="80"/>
      </w:pPr>
      <w:r>
        <w:rPr>
          <w:b/>
          <w:color w:val="2E74B5"/>
          <w:sz w:val="24"/>
        </w:rPr>
        <w:t>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D9E2F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680"/>
            <w:shd w:val="clear" w:color="auto" w:fill="D9E2F3"/>
          </w:tcPr>
          <w:p>
            <w:r>
              <w:rPr>
                <w:b/>
              </w:rPr>
              <w:t>Estimated Cost</w:t>
            </w:r>
          </w:p>
        </w:tc>
      </w:tr>
      <w:tr>
        <w:tc>
          <w:tcPr>
            <w:tcW w:type="dxa" w:w="4680"/>
          </w:tcPr>
          <w:p>
            <w:r>
              <w:rPr>
                <w:i/>
                <w:color w:val="595959"/>
              </w:rPr>
              <w:t>[Budget item 1]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4680"/>
          </w:tcPr>
          <w:p>
            <w:r>
              <w:rPr>
                <w:i/>
                <w:color w:val="595959"/>
              </w:rPr>
              <w:t>[Budget item 2]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4680"/>
          </w:tcPr>
          <w:p>
            <w:r>
              <w:rPr>
                <w:i/>
                <w:color w:val="595959"/>
              </w:rPr>
              <w:t>[Budget item 3]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4680"/>
          </w:tcPr>
          <w:p>
            <w:r>
              <w:rPr>
                <w:i/>
                <w:color w:val="595959"/>
              </w:rPr>
              <w:t>[Budget item 4]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680"/>
          </w:tcPr>
          <w:p>
            <w:r>
              <w:rPr>
                <w:b/>
              </w:rPr>
              <w:t>[$0]</w:t>
            </w:r>
          </w:p>
        </w:tc>
      </w:tr>
    </w:tbl>
    <w:p>
      <w:pPr>
        <w:spacing w:before="240" w:after="80"/>
      </w:pPr>
      <w:r>
        <w:rPr>
          <w:b/>
          <w:color w:val="2E74B5"/>
          <w:sz w:val="24"/>
        </w:rPr>
        <w:t>APPROVAL</w:t>
      </w:r>
    </w:p>
    <w:p>
      <w:r>
        <w:rPr>
          <w:i/>
          <w:color w:val="595959"/>
          <w:sz w:val="22"/>
        </w:rPr>
        <w:t>[[Approved by: ______________________________    Date: ____________]]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