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jc w:val="center"/>
      </w:pPr>
      <w:r>
        <w:rPr>
          <w:b/>
          <w:color w:val="333333"/>
          <w:sz w:val="40"/>
        </w:rPr>
        <w:t>PURCHASE ORDER</w:t>
      </w:r>
    </w:p>
    <w:p>
      <w:pPr>
        <w:jc w:val="center"/>
      </w:pPr>
      <w:r>
        <w:rPr>
          <w:color w:val="595959"/>
          <w:sz w:val="20"/>
        </w:rPr>
        <w:t>PO Number: [PO-0001]      Date: [Month Day, Year]</w:t>
      </w:r>
    </w:p>
    <w:tbl>
      <w:tblPr>
        <w:tblStyle w:val="TableGrid"/>
        <w:tblW w:type="auto" w:w="0"/>
        <w:tblLook w:firstColumn="1" w:firstRow="1" w:lastColumn="0" w:lastRow="0" w:noHBand="0" w:noVBand="1" w:val="04A0"/>
      </w:tblPr>
      <w:tblGrid>
        <w:gridCol w:w="4680"/>
        <w:gridCol w:w="4680"/>
      </w:tblGrid>
      <w:tr>
        <w:tc>
          <w:tcPr>
            <w:tcW w:type="dxa" w:w="4680"/>
            <w:shd w:val="clear" w:color="auto" w:fill="D9E2F3"/>
          </w:tcPr>
          <w:p>
            <w:r>
              <w:rPr>
                <w:b/>
                <w:sz w:val="20"/>
              </w:rPr>
              <w:t>VENDOR (Bill To)</w:t>
            </w:r>
          </w:p>
        </w:tc>
        <w:tc>
          <w:tcPr>
            <w:tcW w:type="dxa" w:w="4680"/>
            <w:shd w:val="clear" w:color="auto" w:fill="D9E2F3"/>
          </w:tcPr>
          <w:p>
            <w:r>
              <w:rPr>
                <w:b/>
                <w:sz w:val="20"/>
              </w:rPr>
              <w:t>SHIP TO</w:t>
            </w:r>
          </w:p>
        </w:tc>
      </w:tr>
      <w:tr>
        <w:tc>
          <w:tcPr>
            <w:tcW w:type="dxa" w:w="4680"/>
          </w:tcPr>
          <w:p>
            <w:r>
              <w:rPr>
                <w:i/>
                <w:color w:val="595959"/>
                <w:sz w:val="20"/>
              </w:rPr>
              <w:t>[Vendor Name]</w:t>
              <w:br/>
              <w:t>[Street Address]</w:t>
              <w:br/>
              <w:t>[City, State ZIP]</w:t>
              <w:br/>
              <w:t>[Phone]</w:t>
            </w:r>
          </w:p>
        </w:tc>
        <w:tc>
          <w:tcPr>
            <w:tcW w:type="dxa" w:w="4680"/>
          </w:tcPr>
          <w:p>
            <w:r>
              <w:rPr>
                <w:i/>
                <w:color w:val="595959"/>
                <w:sz w:val="20"/>
              </w:rPr>
              <w:t>[Company Name]</w:t>
              <w:br/>
              <w:t>[Street Address]</w:t>
              <w:br/>
              <w:t>[City, State ZIP]</w:t>
              <w:br/>
              <w:t>[Attn: Name]</w:t>
            </w:r>
          </w:p>
        </w:tc>
      </w:tr>
    </w:tbl>
    <w:p>
      <w:pPr>
        <w:spacing w:after="120"/>
      </w:pPr>
      <w:r>
        <w:rPr>
          <w:b w:val="0"/>
          <w:i w:val="0"/>
          <w:sz w:val="22"/>
        </w:rPr>
      </w:r>
    </w:p>
    <w:tbl>
      <w:tblPr>
        <w:tblStyle w:val="TableGrid"/>
        <w:tblW w:type="auto" w:w="0"/>
        <w:tblLook w:firstColumn="1" w:firstRow="1" w:lastColumn="0" w:lastRow="0" w:noHBand="0" w:noVBand="1" w:val="04A0"/>
      </w:tblPr>
      <w:tblGrid>
        <w:gridCol w:w="2340"/>
        <w:gridCol w:w="2340"/>
        <w:gridCol w:w="2340"/>
        <w:gridCol w:w="2340"/>
      </w:tblGrid>
      <w:tr>
        <w:tc>
          <w:tcPr>
            <w:tcW w:type="dxa" w:w="2340"/>
            <w:shd w:val="clear" w:color="auto" w:fill="D9E2F3"/>
          </w:tcPr>
          <w:p>
            <w:r>
              <w:rPr>
                <w:b/>
                <w:sz w:val="20"/>
              </w:rPr>
              <w:t>Qty</w:t>
            </w:r>
          </w:p>
        </w:tc>
        <w:tc>
          <w:tcPr>
            <w:tcW w:type="dxa" w:w="2340"/>
            <w:shd w:val="clear" w:color="auto" w:fill="D9E2F3"/>
          </w:tcPr>
          <w:p>
            <w:r>
              <w:rPr>
                <w:b/>
                <w:sz w:val="20"/>
              </w:rPr>
              <w:t>Description</w:t>
            </w:r>
          </w:p>
        </w:tc>
        <w:tc>
          <w:tcPr>
            <w:tcW w:type="dxa" w:w="2340"/>
            <w:shd w:val="clear" w:color="auto" w:fill="D9E2F3"/>
          </w:tcPr>
          <w:p>
            <w:r>
              <w:rPr>
                <w:b/>
                <w:sz w:val="20"/>
              </w:rPr>
              <w:t>Unit Price</w:t>
            </w:r>
          </w:p>
        </w:tc>
        <w:tc>
          <w:tcPr>
            <w:tcW w:type="dxa" w:w="2340"/>
            <w:shd w:val="clear" w:color="auto" w:fill="D9E2F3"/>
          </w:tcPr>
          <w:p>
            <w:r>
              <w:rPr>
                <w:b/>
                <w:sz w:val="20"/>
              </w:rPr>
              <w:t>Amount</w:t>
            </w:r>
          </w:p>
        </w:tc>
      </w:tr>
      <w:tr>
        <w:tc>
          <w:tcPr>
            <w:tcW w:type="dxa" w:w="2340"/>
          </w:tcPr>
          <w:p>
            <w:r>
              <w:rPr>
                <w:i/>
                <w:color w:val="595959"/>
                <w:sz w:val="20"/>
              </w:rPr>
              <w:t>[10]</w:t>
            </w:r>
          </w:p>
        </w:tc>
        <w:tc>
          <w:tcPr>
            <w:tcW w:type="dxa" w:w="2340"/>
          </w:tcPr>
          <w:p>
            <w:r>
              <w:rPr>
                <w:i/>
                <w:color w:val="595959"/>
                <w:sz w:val="20"/>
              </w:rPr>
              <w:t>[Item description]</w:t>
            </w:r>
          </w:p>
        </w:tc>
        <w:tc>
          <w:tcPr>
            <w:tcW w:type="dxa" w:w="2340"/>
          </w:tcPr>
          <w:p>
            <w:r>
              <w:rPr>
                <w:i/>
                <w:color w:val="595959"/>
                <w:sz w:val="20"/>
              </w:rPr>
              <w:t>[$0.00]</w:t>
            </w:r>
          </w:p>
        </w:tc>
        <w:tc>
          <w:tcPr>
            <w:tcW w:type="dxa" w:w="2340"/>
          </w:tcPr>
          <w:p>
            <w:r>
              <w:rPr>
                <w:i/>
                <w:color w:val="595959"/>
                <w:sz w:val="20"/>
              </w:rPr>
              <w:t>[$0.00]</w:t>
            </w:r>
          </w:p>
        </w:tc>
      </w:tr>
      <w:tr>
        <w:tc>
          <w:tcPr>
            <w:tcW w:type="dxa" w:w="2340"/>
          </w:tcPr>
          <w:p>
            <w:r>
              <w:rPr>
                <w:i/>
                <w:color w:val="595959"/>
                <w:sz w:val="20"/>
              </w:rPr>
              <w:t>[ ]</w:t>
            </w:r>
          </w:p>
        </w:tc>
        <w:tc>
          <w:tcPr>
            <w:tcW w:type="dxa" w:w="2340"/>
          </w:tcPr>
          <w:p>
            <w:r>
              <w:rPr>
                <w:i/>
                <w:color w:val="595959"/>
                <w:sz w:val="20"/>
              </w:rPr>
              <w:t>[Item description]</w:t>
            </w:r>
          </w:p>
        </w:tc>
        <w:tc>
          <w:tcPr>
            <w:tcW w:type="dxa" w:w="2340"/>
          </w:tcPr>
          <w:p>
            <w:r>
              <w:rPr>
                <w:i/>
                <w:color w:val="595959"/>
                <w:sz w:val="20"/>
              </w:rPr>
              <w:t>[$0.00]</w:t>
            </w:r>
          </w:p>
        </w:tc>
        <w:tc>
          <w:tcPr>
            <w:tcW w:type="dxa" w:w="2340"/>
          </w:tcPr>
          <w:p>
            <w:r>
              <w:rPr>
                <w:i/>
                <w:color w:val="595959"/>
                <w:sz w:val="20"/>
              </w:rPr>
              <w:t>[$0.00]</w:t>
            </w:r>
          </w:p>
        </w:tc>
      </w:tr>
      <w:tr>
        <w:tc>
          <w:tcPr>
            <w:tcW w:type="dxa" w:w="2340"/>
          </w:tcPr>
          <w:p>
            <w:r>
              <w:rPr>
                <w:i/>
                <w:color w:val="595959"/>
                <w:sz w:val="20"/>
              </w:rPr>
              <w:t>[ ]</w:t>
            </w:r>
          </w:p>
        </w:tc>
        <w:tc>
          <w:tcPr>
            <w:tcW w:type="dxa" w:w="2340"/>
          </w:tcPr>
          <w:p>
            <w:r>
              <w:rPr>
                <w:i/>
                <w:color w:val="595959"/>
                <w:sz w:val="20"/>
              </w:rPr>
              <w:t>[Item description]</w:t>
            </w:r>
          </w:p>
        </w:tc>
        <w:tc>
          <w:tcPr>
            <w:tcW w:type="dxa" w:w="2340"/>
          </w:tcPr>
          <w:p>
            <w:r>
              <w:rPr>
                <w:i/>
                <w:color w:val="595959"/>
                <w:sz w:val="20"/>
              </w:rPr>
              <w:t>[$0.00]</w:t>
            </w:r>
          </w:p>
        </w:tc>
        <w:tc>
          <w:tcPr>
            <w:tcW w:type="dxa" w:w="2340"/>
          </w:tcPr>
          <w:p>
            <w:r>
              <w:rPr>
                <w:i/>
                <w:color w:val="595959"/>
                <w:sz w:val="20"/>
              </w:rPr>
              <w:t>[$0.00]</w:t>
            </w:r>
          </w:p>
        </w:tc>
      </w:tr>
      <w:tr>
        <w:tc>
          <w:tcPr>
            <w:tcW w:type="dxa" w:w="2340"/>
          </w:tcPr>
          <w:p>
            <w:r>
              <w:rPr>
                <w:sz w:val="20"/>
              </w:rPr>
            </w:r>
          </w:p>
        </w:tc>
        <w:tc>
          <w:tcPr>
            <w:tcW w:type="dxa" w:w="2340"/>
          </w:tcPr>
          <w:p>
            <w:r>
              <w:rPr>
                <w:sz w:val="20"/>
              </w:rPr>
            </w:r>
          </w:p>
        </w:tc>
        <w:tc>
          <w:tcPr>
            <w:tcW w:type="dxa" w:w="2340"/>
          </w:tcPr>
          <w:p>
            <w:r>
              <w:rPr>
                <w:sz w:val="20"/>
              </w:rPr>
              <w:t>Subtotal</w:t>
            </w:r>
          </w:p>
        </w:tc>
        <w:tc>
          <w:tcPr>
            <w:tcW w:type="dxa" w:w="2340"/>
          </w:tcPr>
          <w:p>
            <w:r>
              <w:rPr>
                <w:i/>
                <w:color w:val="595959"/>
                <w:sz w:val="20"/>
              </w:rPr>
              <w:t>[$0.00]</w:t>
            </w:r>
          </w:p>
        </w:tc>
      </w:tr>
      <w:tr>
        <w:tc>
          <w:tcPr>
            <w:tcW w:type="dxa" w:w="2340"/>
          </w:tcPr>
          <w:p>
            <w:r>
              <w:rPr>
                <w:sz w:val="20"/>
              </w:rPr>
            </w:r>
          </w:p>
        </w:tc>
        <w:tc>
          <w:tcPr>
            <w:tcW w:type="dxa" w:w="2340"/>
          </w:tcPr>
          <w:p>
            <w:r>
              <w:rPr>
                <w:sz w:val="20"/>
              </w:rPr>
            </w:r>
          </w:p>
        </w:tc>
        <w:tc>
          <w:tcPr>
            <w:tcW w:type="dxa" w:w="2340"/>
          </w:tcPr>
          <w:p>
            <w:r>
              <w:rPr>
                <w:sz w:val="20"/>
              </w:rPr>
              <w:t>Tax ([ ]%)</w:t>
            </w:r>
          </w:p>
        </w:tc>
        <w:tc>
          <w:tcPr>
            <w:tcW w:type="dxa" w:w="2340"/>
          </w:tcPr>
          <w:p>
            <w:r>
              <w:rPr>
                <w:i/>
                <w:color w:val="595959"/>
                <w:sz w:val="20"/>
              </w:rPr>
              <w:t>[$0.00]</w:t>
            </w:r>
          </w:p>
        </w:tc>
      </w:tr>
      <w:tr>
        <w:tc>
          <w:tcPr>
            <w:tcW w:type="dxa" w:w="2340"/>
          </w:tcPr>
          <w:p>
            <w:r>
              <w:rPr>
                <w:sz w:val="20"/>
              </w:rPr>
            </w:r>
          </w:p>
        </w:tc>
        <w:tc>
          <w:tcPr>
            <w:tcW w:type="dxa" w:w="2340"/>
          </w:tcPr>
          <w:p>
            <w:r>
              <w:rPr>
                <w:sz w:val="20"/>
              </w:rPr>
            </w:r>
          </w:p>
        </w:tc>
        <w:tc>
          <w:tcPr>
            <w:tcW w:type="dxa" w:w="2340"/>
          </w:tcPr>
          <w:p>
            <w:r>
              <w:rPr>
                <w:sz w:val="20"/>
              </w:rPr>
              <w:t>Shipping</w:t>
            </w:r>
          </w:p>
        </w:tc>
        <w:tc>
          <w:tcPr>
            <w:tcW w:type="dxa" w:w="2340"/>
          </w:tcPr>
          <w:p>
            <w:r>
              <w:rPr>
                <w:i/>
                <w:color w:val="595959"/>
                <w:sz w:val="20"/>
              </w:rPr>
              <w:t>[$0.00]</w:t>
            </w:r>
          </w:p>
        </w:tc>
      </w:tr>
      <w:tr>
        <w:tc>
          <w:tcPr>
            <w:tcW w:type="dxa" w:w="2340"/>
          </w:tcPr>
          <w:p>
            <w:r>
              <w:rPr>
                <w:sz w:val="20"/>
              </w:rPr>
            </w:r>
          </w:p>
        </w:tc>
        <w:tc>
          <w:tcPr>
            <w:tcW w:type="dxa" w:w="2340"/>
          </w:tcPr>
          <w:p>
            <w:r>
              <w:rPr>
                <w:sz w:val="20"/>
              </w:rPr>
            </w:r>
          </w:p>
        </w:tc>
        <w:tc>
          <w:tcPr>
            <w:tcW w:type="dxa" w:w="2340"/>
          </w:tcPr>
          <w:p>
            <w:r>
              <w:rPr>
                <w:sz w:val="20"/>
              </w:rPr>
              <w:t>TOTAL</w:t>
            </w:r>
          </w:p>
        </w:tc>
        <w:tc>
          <w:tcPr>
            <w:tcW w:type="dxa" w:w="2340"/>
          </w:tcPr>
          <w:p>
            <w:r>
              <w:rPr>
                <w:i/>
                <w:color w:val="595959"/>
                <w:sz w:val="20"/>
              </w:rPr>
              <w:t>[$0.00]</w:t>
            </w:r>
          </w:p>
        </w:tc>
      </w:tr>
    </w:tbl>
    <w:p>
      <w:pPr>
        <w:spacing w:before="200"/>
      </w:pPr>
      <w:r>
        <w:rPr>
          <w:b/>
          <w:color w:val="2E74B5"/>
          <w:sz w:val="24"/>
        </w:rPr>
        <w:t>TERMS &amp; NOTES</w:t>
      </w:r>
    </w:p>
    <w:p>
      <w:pPr>
        <w:spacing w:after="120"/>
      </w:pPr>
      <w:r>
        <w:rPr>
          <w:b w:val="0"/>
          <w:i/>
          <w:color w:val="595959"/>
          <w:sz w:val="22"/>
        </w:rPr>
        <w:t>[Payment terms, e.g. Net 30. Delivery instructions, tax-exempt status, or special notes.]</w:t>
      </w:r>
    </w:p>
    <w:p>
      <w:pPr>
        <w:spacing w:after="120"/>
      </w:pPr>
      <w:r>
        <w:rPr>
          <w:b w:val="0"/>
          <w:i w:val="0"/>
          <w:sz w:val="22"/>
        </w:rPr>
      </w:r>
    </w:p>
    <w:p>
      <w:pPr>
        <w:spacing w:after="120"/>
      </w:pPr>
      <w:r>
        <w:rPr>
          <w:b w:val="0"/>
          <w:i w:val="0"/>
          <w:sz w:val="22"/>
        </w:rPr>
        <w:t>Authorized by:</w:t>
      </w:r>
    </w:p>
    <w:p>
      <w:pPr>
        <w:spacing w:after="120"/>
      </w:pPr>
      <w:r>
        <w:rPr>
          <w:b w:val="0"/>
          <w:i w:val="0"/>
          <w:sz w:val="22"/>
        </w:rPr>
      </w:r>
    </w:p>
    <w:p>
      <w:pPr>
        <w:spacing w:after="120"/>
      </w:pPr>
      <w:r>
        <w:rPr>
          <w:b w:val="0"/>
          <w:i w:val="0"/>
          <w:sz w:val="22"/>
        </w:rPr>
        <w:t>________________________________________</w:t>
      </w:r>
    </w:p>
    <w:p>
      <w:pPr>
        <w:spacing w:after="120"/>
      </w:pPr>
      <w:r>
        <w:rPr>
          <w:b w:val="0"/>
          <w:i/>
          <w:color w:val="595959"/>
          <w:sz w:val="20"/>
        </w:rPr>
        <w:t>Signature                    Date</w:t>
      </w:r>
    </w:p>
    <w:sectPr w:rsidR="00FC693F" w:rsidRPr="0006063C" w:rsidSect="00034616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Calibri" w:hAnsi="Calibri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