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960"/>
        <w:gridCol w:w="144"/>
        <w:gridCol w:w="1800"/>
        <w:gridCol w:w="3960"/>
      </w:tblGrid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001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001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002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002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003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003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004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004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005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005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006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006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007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007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008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008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009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009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010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010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960"/>
        <w:gridCol w:w="144"/>
        <w:gridCol w:w="1800"/>
        <w:gridCol w:w="3960"/>
      </w:tblGrid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011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011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012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012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013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013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014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014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015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015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016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016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017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017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018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018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019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019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020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020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960"/>
        <w:gridCol w:w="144"/>
        <w:gridCol w:w="1800"/>
        <w:gridCol w:w="3960"/>
      </w:tblGrid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021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021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022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022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023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023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024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024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025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025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026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026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027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027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028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028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029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029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030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030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960"/>
        <w:gridCol w:w="144"/>
        <w:gridCol w:w="1800"/>
        <w:gridCol w:w="3960"/>
      </w:tblGrid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031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031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032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032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033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033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034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034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035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035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036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036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037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037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038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038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039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039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040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040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960"/>
        <w:gridCol w:w="144"/>
        <w:gridCol w:w="1800"/>
        <w:gridCol w:w="3960"/>
      </w:tblGrid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041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041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042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042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043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043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044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044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045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045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046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046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047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047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048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048</w:t>
            </w:r>
          </w:p>
        </w:tc>
      </w:tr>
      <w:tr>
        <w:trPr>
          <w:trHeight w:val="144" w:hRule="exact"/>
        </w:trPr>
        <w:tc>
          <w:tcPr>
            <w:tcW w:type="dxa" w:w="1800"/>
          </w:tcPr>
          <w:p/>
        </w:tc>
        <w:tc>
          <w:tcPr>
            <w:tcW w:type="dxa" w:w="3960"/>
          </w:tcPr>
          <w:p/>
        </w:tc>
        <w:tc>
          <w:tcPr>
            <w:tcW w:type="dxa" w:w="144"/>
          </w:tcPr>
          <w:p/>
        </w:tc>
        <w:tc>
          <w:tcPr>
            <w:tcW w:type="dxa" w:w="1800"/>
          </w:tcPr>
          <w:p/>
        </w:tc>
        <w:tc>
          <w:tcPr>
            <w:tcW w:type="dxa" w:w="3960"/>
          </w:tcPr>
          <w:p/>
        </w:tc>
      </w:tr>
      <w:tr>
        <w:trPr>
          <w:trHeight w:val="2736" w:hRule="exact"/>
        </w:trPr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049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049</w:t>
            </w:r>
          </w:p>
        </w:tc>
        <w:tc>
          <w:tcPr>
            <w:tcW w:type="dxa" w:w="144"/>
          </w:tcPr>
          <w:p/>
        </w:tc>
        <w:tc>
          <w:tcPr>
            <w:tcW w:type="dxa" w:w="1800"/>
            <w:tcMar>
              <w:top w:w="72" w:type="dxa"/>
              <w:left w:w="144" w:type="dxa"/>
              <w:bottom w:w="72" w:type="dxa"/>
              <w:right w:w="86" w:type="dxa"/>
            </w:tcMar>
            <w:vAlign w:val="center"/>
            <w:tcBorders>
              <w:top w:val="single" w:sz="6" w:color="7F7F7F" w:space="0"/>
              <w:left w:val="single" w:sz="6" w:color="7F7F7F" w:space="0"/>
              <w:bottom w:val="single" w:sz="6" w:color="7F7F7F" w:space="0"/>
              <w:right w:val="dashed" w:sz="6" w:color="7F7F7F" w:space="0"/>
            </w:tcBorders>
          </w:tcPr>
          <w:p>
            <w:pPr>
              <w:spacing w:after="160" w:before="0" w:line="240" w:lineRule="auto"/>
              <w:jc w:val="left"/>
            </w:pPr>
            <w:r>
              <w:rPr>
                <w:b/>
                <w:i w:val="0"/>
                <w:color w:val="C00000"/>
                <w:sz w:val="22"/>
              </w:rPr>
              <w:t>No. 050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Name ____________</w:t>
            </w:r>
          </w:p>
          <w:p>
            <w:pPr>
              <w:spacing w:after="12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Phone ___________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6"/>
              </w:rPr>
              <w:t>Email ____________</w:t>
            </w:r>
          </w:p>
        </w:tc>
        <w:tc>
          <w:tcPr>
            <w:tcW w:type="dxa" w:w="3960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tcBorders>
              <w:top w:val="single" w:sz="6" w:color="7F7F7F" w:space="0"/>
              <w:left w:val="dashed" w:sz="6" w:color="7F7F7F" w:space="0"/>
              <w:bottom w:val="single" w:sz="6" w:color="7F7F7F" w:space="0"/>
              <w:right w:val="single" w:sz="6" w:color="7F7F7F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[EVENT NAME]</w:t>
            </w:r>
          </w:p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2E74B5"/>
                <w:sz w:val="20"/>
              </w:rPr>
              <w:t>RAFFLE TICKET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Drawing: [Date] at [Time]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[Location]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[$5] each  ·  Need not be present to win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22"/>
              </w:rPr>
              <w:t>No. 050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720" w:right="288" w:bottom="720" w:left="28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