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RECEIPT</w:t>
      </w:r>
    </w:p>
    <w:p>
      <w:pPr>
        <w:spacing w:after="80" w:before="0"/>
        <w:jc w:val="center"/>
      </w:pPr>
      <w:r>
        <w:rPr>
          <w:color w:val="595959"/>
          <w:sz w:val="20"/>
        </w:rPr>
        <w:t xml:space="preserve">Receipt #: </w:t>
      </w:r>
      <w:r>
        <w:rPr>
          <w:i/>
          <w:color w:val="595959"/>
          <w:sz w:val="20"/>
        </w:rPr>
        <w:t>[0001]</w:t>
      </w:r>
      <w:r>
        <w:rPr>
          <w:color w:val="595959"/>
          <w:sz w:val="20"/>
        </w:rPr>
        <w:t xml:space="preserve">      Date: </w:t>
      </w:r>
      <w:r>
        <w:rPr>
          <w:i/>
          <w:color w:val="595959"/>
          <w:sz w:val="20"/>
        </w:rPr>
        <w:t>[Month Day, Year]</w:t>
      </w:r>
    </w:p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spacing w:after="0" w:before="0"/>
            </w:pPr>
            <w:r/>
            <w:r>
              <w:rPr>
                <w:b/>
                <w:color w:val="2E74B5"/>
                <w:sz w:val="20"/>
              </w:rPr>
              <w:t>FROM</w:t>
            </w:r>
          </w:p>
          <w:p>
            <w:pPr>
              <w:spacing w:after="0" w:before="0"/>
            </w:pPr>
            <w:r>
              <w:rPr>
                <w:i/>
                <w:color w:val="595959"/>
                <w:sz w:val="22"/>
              </w:rPr>
              <w:t>[Business Name]</w:t>
            </w:r>
          </w:p>
          <w:p>
            <w:pPr>
              <w:spacing w:after="0" w:before="0"/>
            </w:pPr>
            <w:r>
              <w:rPr>
                <w:i/>
                <w:color w:val="595959"/>
                <w:sz w:val="22"/>
              </w:rPr>
              <w:t>[Street Address]</w:t>
            </w:r>
          </w:p>
          <w:p>
            <w:pPr>
              <w:spacing w:after="0" w:before="0"/>
            </w:pPr>
            <w:r>
              <w:rPr>
                <w:i/>
                <w:color w:val="595959"/>
                <w:sz w:val="22"/>
              </w:rPr>
              <w:t>[City, State ZIP]</w:t>
            </w:r>
          </w:p>
          <w:p>
            <w:pPr>
              <w:spacing w:after="0" w:before="0"/>
            </w:pPr>
            <w:r>
              <w:rPr>
                <w:i/>
                <w:color w:val="595959"/>
                <w:sz w:val="22"/>
              </w:rPr>
              <w:t>[Phone]</w:t>
            </w:r>
            <w:r>
              <w:rPr>
                <w:sz w:val="22"/>
              </w:rPr>
              <w:t xml:space="preserve">  |  </w:t>
            </w:r>
            <w:r>
              <w:rPr>
                <w:i/>
                <w:color w:val="595959"/>
                <w:sz w:val="22"/>
              </w:rPr>
              <w:t>[Email]</w:t>
            </w:r>
          </w:p>
        </w:tc>
        <w:tc>
          <w:tcPr>
            <w:tcW w:type="dxa" w:w="4680"/>
          </w:tcPr>
          <w:p>
            <w:pPr>
              <w:spacing w:after="0" w:before="0"/>
            </w:pPr>
            <w:r/>
            <w:r>
              <w:rPr>
                <w:b/>
                <w:color w:val="2E74B5"/>
                <w:sz w:val="20"/>
              </w:rPr>
              <w:t>RECEIVED FROM</w:t>
            </w:r>
          </w:p>
          <w:p>
            <w:pPr>
              <w:spacing w:after="0" w:before="0"/>
            </w:pPr>
            <w:r>
              <w:rPr>
                <w:i/>
                <w:color w:val="595959"/>
                <w:sz w:val="22"/>
              </w:rPr>
              <w:t>[Customer Name]</w:t>
            </w:r>
          </w:p>
          <w:p>
            <w:pPr>
              <w:spacing w:after="0" w:before="0"/>
            </w:pPr>
            <w:r>
              <w:rPr>
                <w:i/>
                <w:color w:val="595959"/>
                <w:sz w:val="22"/>
              </w:rPr>
              <w:t>[Street Address]</w:t>
            </w:r>
          </w:p>
          <w:p>
            <w:pPr>
              <w:spacing w:after="0" w:before="0"/>
            </w:pPr>
            <w:r>
              <w:rPr>
                <w:i/>
                <w:color w:val="595959"/>
                <w:sz w:val="22"/>
              </w:rPr>
              <w:t>[City, State ZIP]</w:t>
            </w:r>
          </w:p>
          <w:p>
            <w:pPr>
              <w:spacing w:after="0" w:before="0"/>
            </w:pPr>
            <w:r>
              <w:rPr>
                <w:i/>
                <w:color w:val="595959"/>
                <w:sz w:val="22"/>
              </w:rPr>
              <w:t>[Phone or Email]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008"/>
            <w:shd w:val="clear" w:color="auto" w:fill="D9E2F3"/>
          </w:tcPr>
          <w:p>
            <w:r>
              <w:rPr>
                <w:b/>
                <w:sz w:val="22"/>
              </w:rPr>
              <w:t>Qty</w:t>
            </w:r>
          </w:p>
        </w:tc>
        <w:tc>
          <w:tcPr>
            <w:tcW w:type="dxa" w:w="4896"/>
            <w:shd w:val="clear" w:color="auto" w:fill="D9E2F3"/>
          </w:tcPr>
          <w:p>
            <w:r>
              <w:rPr>
                <w:b/>
                <w:sz w:val="22"/>
              </w:rPr>
              <w:t>Description</w:t>
            </w:r>
          </w:p>
        </w:tc>
        <w:tc>
          <w:tcPr>
            <w:tcW w:type="dxa" w:w="1728"/>
            <w:shd w:val="clear" w:color="auto" w:fill="D9E2F3"/>
          </w:tcPr>
          <w:p>
            <w:r>
              <w:rPr>
                <w:b/>
                <w:sz w:val="22"/>
              </w:rPr>
              <w:t>Unit Price</w:t>
            </w:r>
          </w:p>
        </w:tc>
        <w:tc>
          <w:tcPr>
            <w:tcW w:type="dxa" w:w="1728"/>
            <w:shd w:val="clear" w:color="auto" w:fill="D9E2F3"/>
          </w:tcPr>
          <w:p>
            <w:r>
              <w:rPr>
                <w:b/>
                <w:sz w:val="22"/>
              </w:rPr>
              <w:t>Amount</w:t>
            </w:r>
          </w:p>
        </w:tc>
      </w:tr>
      <w:tr>
        <w:tc>
          <w:tcPr>
            <w:tcW w:type="dxa" w:w="1008"/>
          </w:tcPr>
          <w:p>
            <w:r>
              <w:rPr>
                <w:i/>
                <w:color w:val="595959"/>
                <w:sz w:val="22"/>
              </w:rPr>
              <w:t>[1]</w:t>
            </w:r>
          </w:p>
        </w:tc>
        <w:tc>
          <w:tcPr>
            <w:tcW w:type="dxa" w:w="4896"/>
          </w:tcPr>
          <w:p>
            <w:r>
              <w:rPr>
                <w:i/>
                <w:color w:val="595959"/>
                <w:sz w:val="22"/>
              </w:rPr>
              <w:t>[Item or service description]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</w:tr>
      <w:tr>
        <w:tc>
          <w:tcPr>
            <w:tcW w:type="dxa" w:w="100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4896"/>
          </w:tcPr>
          <w:p>
            <w:r>
              <w:rPr>
                <w:i/>
                <w:color w:val="595959"/>
                <w:sz w:val="22"/>
              </w:rPr>
              <w:t>[Item or service description]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</w:tr>
      <w:tr>
        <w:tc>
          <w:tcPr>
            <w:tcW w:type="dxa" w:w="100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4896"/>
          </w:tcPr>
          <w:p>
            <w:r>
              <w:rPr>
                <w:i/>
                <w:color w:val="595959"/>
                <w:sz w:val="22"/>
              </w:rPr>
              <w:t>[Item or service description]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</w:tr>
      <w:tr>
        <w:tc>
          <w:tcPr>
            <w:tcW w:type="dxa" w:w="100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4896"/>
          </w:tcPr>
          <w:p>
            <w:r>
              <w:rPr>
                <w:i/>
                <w:color w:val="595959"/>
                <w:sz w:val="22"/>
              </w:rPr>
              <w:t>[Item or service description]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</w:tr>
      <w:tr>
        <w:tc>
          <w:tcPr>
            <w:tcW w:type="dxa" w:w="1008"/>
          </w:tcPr>
          <w:p/>
        </w:tc>
        <w:tc>
          <w:tcPr>
            <w:tcW w:type="dxa" w:w="4896"/>
          </w:tcPr>
          <w:p/>
        </w:tc>
        <w:tc>
          <w:tcPr>
            <w:tcW w:type="dxa" w:w="1728"/>
          </w:tcPr>
          <w:p>
            <w:r>
              <w:rPr>
                <w:sz w:val="22"/>
              </w:rPr>
              <w:t>Subtotal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</w:tr>
      <w:tr>
        <w:tc>
          <w:tcPr>
            <w:tcW w:type="dxa" w:w="1008"/>
          </w:tcPr>
          <w:p/>
        </w:tc>
        <w:tc>
          <w:tcPr>
            <w:tcW w:type="dxa" w:w="4896"/>
          </w:tcPr>
          <w:p/>
        </w:tc>
        <w:tc>
          <w:tcPr>
            <w:tcW w:type="dxa" w:w="1728"/>
          </w:tcPr>
          <w:p>
            <w:r>
              <w:rPr>
                <w:sz w:val="22"/>
              </w:rPr>
              <w:t>Tax (</w:t>
            </w:r>
            <w:r>
              <w:rPr>
                <w:i/>
                <w:color w:val="595959"/>
                <w:sz w:val="22"/>
              </w:rPr>
              <w:t>[ ]</w:t>
            </w:r>
            <w:r>
              <w:rPr>
                <w:sz w:val="22"/>
              </w:rPr>
              <w:t>%)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</w:tr>
      <w:tr>
        <w:tc>
          <w:tcPr>
            <w:tcW w:type="dxa" w:w="1008"/>
          </w:tcPr>
          <w:p/>
        </w:tc>
        <w:tc>
          <w:tcPr>
            <w:tcW w:type="dxa" w:w="4896"/>
          </w:tcPr>
          <w:p/>
        </w:tc>
        <w:tc>
          <w:tcPr>
            <w:tcW w:type="dxa" w:w="1728"/>
          </w:tcPr>
          <w:p>
            <w:r>
              <w:rPr>
                <w:b/>
                <w:sz w:val="22"/>
              </w:rPr>
              <w:t>TOTAL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</w:tr>
      <w:tr>
        <w:tc>
          <w:tcPr>
            <w:tcW w:type="dxa" w:w="1008"/>
          </w:tcPr>
          <w:p/>
        </w:tc>
        <w:tc>
          <w:tcPr>
            <w:tcW w:type="dxa" w:w="4896"/>
          </w:tcPr>
          <w:p/>
        </w:tc>
        <w:tc>
          <w:tcPr>
            <w:tcW w:type="dxa" w:w="1728"/>
          </w:tcPr>
          <w:p>
            <w:r>
              <w:rPr>
                <w:sz w:val="22"/>
              </w:rPr>
              <w:t>Amount paid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</w:tr>
      <w:tr>
        <w:tc>
          <w:tcPr>
            <w:tcW w:type="dxa" w:w="1008"/>
          </w:tcPr>
          <w:p/>
        </w:tc>
        <w:tc>
          <w:tcPr>
            <w:tcW w:type="dxa" w:w="4896"/>
          </w:tcPr>
          <w:p/>
        </w:tc>
        <w:tc>
          <w:tcPr>
            <w:tcW w:type="dxa" w:w="1728"/>
          </w:tcPr>
          <w:p>
            <w:r>
              <w:rPr>
                <w:sz w:val="22"/>
              </w:rPr>
              <w:t>Balance due</w:t>
            </w:r>
          </w:p>
        </w:tc>
        <w:tc>
          <w:tcPr>
            <w:tcW w:type="dxa" w:w="1728"/>
          </w:tcPr>
          <w:p>
            <w:r>
              <w:rPr>
                <w:i/>
                <w:color w:val="595959"/>
                <w:sz w:val="22"/>
              </w:rPr>
              <w:t>[$0.00]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p>
      <w:pPr>
        <w:spacing w:after="80" w:before="0"/>
      </w:pPr>
      <w:r>
        <w:rPr>
          <w:b/>
        </w:rPr>
        <w:t xml:space="preserve">Payment method:  </w:t>
      </w:r>
      <w:r>
        <w:rPr>
          <w:i/>
          <w:color w:val="595959"/>
          <w:sz w:val="22"/>
        </w:rPr>
        <w:t>[Cash / Credit card ending ____ / Check # ____ / Bank transfer]</w:t>
      </w:r>
    </w:p>
    <w:p>
      <w:pPr>
        <w:spacing w:after="80" w:before="0"/>
      </w:pPr>
      <w:r>
        <w:rPr>
          <w:b/>
        </w:rPr>
        <w:t xml:space="preserve">Notes:  </w:t>
      </w:r>
      <w:r>
        <w:rPr>
          <w:i/>
          <w:color w:val="595959"/>
          <w:sz w:val="22"/>
        </w:rPr>
        <w:t>[Return policy, warranty, or other notes]</w:t>
      </w:r>
    </w:p>
    <w:p>
      <w:pPr>
        <w:spacing w:after="0" w:before="0"/>
      </w:pPr>
    </w:p>
    <w:p>
      <w:pPr>
        <w:spacing w:after="80" w:before="0"/>
        <w:jc w:val="center"/>
      </w:pPr>
      <w:r>
        <w:rPr>
          <w:b/>
          <w:sz w:val="24"/>
        </w:rPr>
        <w:t>Thank you for your business!</w:t>
      </w:r>
    </w:p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20"/>
        <w:gridCol w:w="3120"/>
        <w:gridCol w:w="3120"/>
      </w:tblGrid>
      <w:tr>
        <w:tc>
          <w:tcPr>
            <w:tcW w:type="dxa" w:w="5184"/>
          </w:tcPr>
          <w:p>
            <w:pPr>
              <w:spacing w:before="360"/>
            </w:pPr>
            <w:r>
              <w:t>________________________________________</w:t>
            </w:r>
          </w:p>
        </w:tc>
        <w:tc>
          <w:tcPr>
            <w:tcW w:type="dxa" w:w="576"/>
          </w:tcPr>
          <w:p/>
        </w:tc>
        <w:tc>
          <w:tcPr>
            <w:tcW w:type="dxa" w:w="2880"/>
          </w:tcPr>
          <w:p>
            <w:pPr>
              <w:spacing w:before="360"/>
            </w:pPr>
            <w:r>
              <w:t>______________________</w:t>
            </w:r>
          </w:p>
        </w:tc>
      </w:tr>
      <w:tr>
        <w:tc>
          <w:tcPr>
            <w:tcW w:type="dxa" w:w="5184"/>
          </w:tcPr>
          <w:p>
            <w:r>
              <w:rPr>
                <w:i/>
                <w:color w:val="595959"/>
                <w:sz w:val="18"/>
              </w:rPr>
              <w:t>Received by</w:t>
            </w:r>
          </w:p>
        </w:tc>
        <w:tc>
          <w:tcPr>
            <w:tcW w:type="dxa" w:w="576"/>
          </w:tcPr>
          <w:p/>
        </w:tc>
        <w:tc>
          <w:tcPr>
            <w:tcW w:type="dxa" w:w="2880"/>
          </w:tcPr>
          <w:p>
            <w:r>
              <w:rPr>
                <w:i/>
                <w:color w:val="595959"/>
                <w:sz w:val="18"/>
              </w:rPr>
              <w:t>Date</w:t>
            </w:r>
          </w:p>
        </w:tc>
      </w:tr>
    </w:tbl>
    <w:p>
      <w:pPr>
        <w:spacing w:after="40" w:before="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