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333333"/>
          <w:sz w:val="40"/>
        </w:rPr>
        <w:t>[Recipe Name]</w:t>
      </w:r>
    </w:p>
    <w:p>
      <w:pPr>
        <w:spacing w:after="120"/>
      </w:pPr>
      <w:r>
        <w:rPr>
          <w:b w:val="0"/>
          <w:i w:val="0"/>
          <w:color w:val="595959"/>
          <w:sz w:val="20"/>
        </w:rPr>
        <w:t>Prep: [15 min]   |   Cook: [30 min]   |   Total: [45 min]   |   Servings: [4]</w:t>
      </w:r>
    </w:p>
    <w:p>
      <w:pPr>
        <w:spacing w:before="200"/>
      </w:pPr>
      <w:r>
        <w:rPr>
          <w:b/>
          <w:color w:val="2E74B5"/>
          <w:sz w:val="24"/>
        </w:rPr>
        <w:t>INGREDIENTS</w:t>
      </w:r>
    </w:p>
    <w:p>
      <w:pPr>
        <w:pStyle w:val="ListBullet"/>
      </w:pPr>
      <w:r>
        <w:rPr>
          <w:i/>
          <w:color w:val="595959"/>
          <w:sz w:val="22"/>
        </w:rPr>
        <w:t>[2 cups all-purpose flour]</w:t>
      </w:r>
    </w:p>
    <w:p>
      <w:pPr>
        <w:pStyle w:val="ListBullet"/>
      </w:pPr>
      <w:r>
        <w:rPr>
          <w:i/>
          <w:color w:val="595959"/>
          <w:sz w:val="22"/>
        </w:rPr>
        <w:t>[1 tsp baking soda]</w:t>
      </w:r>
    </w:p>
    <w:p>
      <w:pPr>
        <w:pStyle w:val="ListBullet"/>
      </w:pPr>
      <w:r>
        <w:rPr>
          <w:i/>
          <w:color w:val="595959"/>
          <w:sz w:val="22"/>
        </w:rPr>
        <w:t>[½ cup unsalted butter, softened]</w:t>
      </w:r>
    </w:p>
    <w:p>
      <w:pPr>
        <w:pStyle w:val="ListBullet"/>
      </w:pPr>
      <w:r>
        <w:rPr>
          <w:i/>
          <w:color w:val="595959"/>
          <w:sz w:val="22"/>
        </w:rPr>
        <w:t>[1 cup sugar]</w:t>
      </w:r>
    </w:p>
    <w:p>
      <w:pPr>
        <w:pStyle w:val="ListBullet"/>
      </w:pPr>
      <w:r>
        <w:rPr>
          <w:i/>
          <w:color w:val="595959"/>
          <w:sz w:val="22"/>
        </w:rPr>
        <w:t>[2 large eggs]</w:t>
      </w:r>
    </w:p>
    <w:p>
      <w:pPr>
        <w:pStyle w:val="ListBullet"/>
      </w:pPr>
      <w:r>
        <w:rPr>
          <w:i/>
          <w:color w:val="595959"/>
          <w:sz w:val="22"/>
        </w:rPr>
        <w:t>[1 tsp vanilla extract]</w:t>
      </w:r>
    </w:p>
    <w:p>
      <w:pPr>
        <w:pStyle w:val="ListBullet"/>
      </w:pPr>
      <w:r>
        <w:rPr>
          <w:i/>
          <w:color w:val="595959"/>
          <w:sz w:val="22"/>
        </w:rPr>
        <w:t>[Pinch of salt]</w:t>
      </w:r>
    </w:p>
    <w:p>
      <w:pPr>
        <w:spacing w:before="200"/>
      </w:pPr>
      <w:r>
        <w:rPr>
          <w:b/>
          <w:color w:val="2E74B5"/>
          <w:sz w:val="24"/>
        </w:rPr>
        <w:t>INSTRUCTIONS</w:t>
      </w:r>
    </w:p>
    <w:p>
      <w:pPr>
        <w:pStyle w:val="ListNumber"/>
      </w:pPr>
      <w:r>
        <w:t>[Preheat the oven to 350°F (175°C). Line a baking sheet with parchment.]</w:t>
      </w:r>
    </w:p>
    <w:p>
      <w:pPr>
        <w:pStyle w:val="ListNumber"/>
      </w:pPr>
      <w:r>
        <w:t>[Whisk the dry ingredients together in a medium bowl.]</w:t>
      </w:r>
    </w:p>
    <w:p>
      <w:pPr>
        <w:pStyle w:val="ListNumber"/>
      </w:pPr>
      <w:r>
        <w:t>[Cream the butter and sugar until light and fluffy, about 3 minutes.]</w:t>
      </w:r>
    </w:p>
    <w:p>
      <w:pPr>
        <w:pStyle w:val="ListNumber"/>
      </w:pPr>
      <w:r>
        <w:t>[Beat in the eggs one at a time, then stir in the vanilla.]</w:t>
      </w:r>
    </w:p>
    <w:p>
      <w:pPr>
        <w:pStyle w:val="ListNumber"/>
      </w:pPr>
      <w:r>
        <w:t>[Fold in the dry ingredients until just combined — do not overmix.]</w:t>
      </w:r>
    </w:p>
    <w:p>
      <w:pPr>
        <w:pStyle w:val="ListNumber"/>
      </w:pPr>
      <w:r>
        <w:t>[Scoop tablespoon-sized portions onto the sheet, 2 inches apart.]</w:t>
      </w:r>
    </w:p>
    <w:p>
      <w:pPr>
        <w:pStyle w:val="ListNumber"/>
      </w:pPr>
      <w:r>
        <w:t>[Bake 10–12 minutes until edges are golden. Cool 5 minutes on the sheet, then transfer to a rack.]</w:t>
      </w:r>
    </w:p>
    <w:p>
      <w:pPr>
        <w:spacing w:before="200"/>
      </w:pPr>
      <w:r>
        <w:rPr>
          <w:b/>
          <w:color w:val="2E74B5"/>
          <w:sz w:val="24"/>
        </w:rPr>
        <w:t>NOTES</w:t>
      </w:r>
    </w:p>
    <w:p>
      <w:pPr>
        <w:spacing w:after="120"/>
      </w:pPr>
      <w:r>
        <w:rPr>
          <w:b w:val="0"/>
          <w:i/>
          <w:color w:val="595959"/>
          <w:sz w:val="22"/>
        </w:rPr>
        <w:t>[Storage tips, substitutions, or variations. e.g. "Keeps 5 days in an airtight container."]</w:t>
      </w:r>
    </w:p>
    <w:sectPr w:rsidR="00FC693F" w:rsidRPr="0006063C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