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i/>
          <w:color w:val="595959"/>
          <w:sz w:val="36"/>
        </w:rPr>
        <w:t>[YOUR FULL NAME]</w:t>
      </w:r>
    </w:p>
    <w:p>
      <w:pPr>
        <w:spacing w:after="80" w:before="0"/>
        <w:jc w:val="center"/>
      </w:pPr>
      <w:r>
        <w:rPr>
          <w:i/>
          <w:color w:val="595959"/>
          <w:sz w:val="20"/>
        </w:rPr>
        <w:t>[City, State]</w:t>
      </w:r>
      <w:r>
        <w:rPr>
          <w:color w:val="595959"/>
          <w:sz w:val="20"/>
        </w:rPr>
        <w:t xml:space="preserve">  |  </w:t>
      </w:r>
      <w:r>
        <w:rPr>
          <w:i/>
          <w:color w:val="595959"/>
          <w:sz w:val="20"/>
        </w:rPr>
        <w:t>[Phone]</w:t>
      </w:r>
      <w:r>
        <w:rPr>
          <w:color w:val="595959"/>
          <w:sz w:val="20"/>
        </w:rPr>
        <w:t xml:space="preserve">  |  </w:t>
      </w:r>
      <w:r>
        <w:rPr>
          <w:i/>
          <w:color w:val="595959"/>
          <w:sz w:val="20"/>
        </w:rPr>
        <w:t>[Email]</w:t>
      </w:r>
      <w:r>
        <w:rPr>
          <w:color w:val="595959"/>
          <w:sz w:val="20"/>
        </w:rPr>
        <w:t xml:space="preserve">  |  </w:t>
      </w:r>
      <w:r>
        <w:rPr>
          <w:i/>
          <w:color w:val="595959"/>
          <w:sz w:val="20"/>
        </w:rPr>
        <w:t>[LinkedIn URL]</w:t>
      </w:r>
    </w:p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PROFESSIONAL REFERENCES</w:t>
      </w:r>
    </w:p>
    <w:p>
      <w:pPr>
        <w:spacing w:after="0" w:before="0"/>
      </w:pPr>
    </w:p>
    <w:p>
      <w:pPr>
        <w:spacing w:after="40" w:before="0"/>
      </w:pPr>
      <w:r>
        <w:rPr>
          <w:b/>
          <w:i/>
          <w:color w:val="595959"/>
          <w:sz w:val="24"/>
        </w:rPr>
        <w:t>[Reference 1 Full Name]</w:t>
      </w:r>
    </w:p>
    <w:p>
      <w:pPr>
        <w:spacing w:after="160" w:before="0"/>
      </w:pPr>
      <w:r>
        <w:rPr>
          <w:i/>
          <w:color w:val="595959"/>
          <w:sz w:val="22"/>
        </w:rPr>
        <w:t>[Job Title]</w:t>
      </w:r>
      <w:r>
        <w:rPr>
          <w:sz w:val="22"/>
        </w:rPr>
        <w:t xml:space="preserve">, </w:t>
      </w:r>
      <w:r>
        <w:rPr>
          <w:i/>
          <w:color w:val="595959"/>
          <w:sz w:val="22"/>
        </w:rPr>
        <w:t>[Company Name]</w:t>
      </w:r>
    </w:p>
    <w:p>
      <w:pPr>
        <w:spacing w:after="160" w:before="0"/>
      </w:pPr>
      <w:r>
        <w:rPr>
          <w:sz w:val="22"/>
        </w:rPr>
        <w:t xml:space="preserve">Relationship: </w:t>
      </w:r>
      <w:r>
        <w:rPr>
          <w:i/>
          <w:color w:val="595959"/>
          <w:sz w:val="22"/>
        </w:rPr>
        <w:t>[e.g., Direct supervisor at ABC Corp, 2021–2024]</w:t>
      </w:r>
    </w:p>
    <w:p>
      <w:pPr>
        <w:spacing w:after="160" w:before="0"/>
      </w:pPr>
      <w:r>
        <w:rPr>
          <w:sz w:val="22"/>
        </w:rPr>
        <w:t xml:space="preserve">Phone: </w:t>
      </w:r>
      <w:r>
        <w:rPr>
          <w:i/>
          <w:color w:val="595959"/>
          <w:sz w:val="22"/>
        </w:rPr>
        <w:t>[(555) 555-5555]</w:t>
      </w:r>
      <w:r>
        <w:rPr>
          <w:sz w:val="22"/>
        </w:rPr>
        <w:t xml:space="preserve">   |   Email: </w:t>
      </w:r>
      <w:r>
        <w:rPr>
          <w:i/>
          <w:color w:val="595959"/>
          <w:sz w:val="22"/>
        </w:rPr>
        <w:t>[name@company.com]</w:t>
      </w:r>
    </w:p>
    <w:p>
      <w:pPr>
        <w:spacing w:after="0" w:before="0"/>
      </w:pPr>
    </w:p>
    <w:p>
      <w:pPr>
        <w:spacing w:after="40" w:before="0"/>
      </w:pPr>
      <w:r>
        <w:rPr>
          <w:b/>
          <w:i/>
          <w:color w:val="595959"/>
          <w:sz w:val="24"/>
        </w:rPr>
        <w:t>[Reference 2 Full Name]</w:t>
      </w:r>
    </w:p>
    <w:p>
      <w:pPr>
        <w:spacing w:after="160" w:before="0"/>
      </w:pPr>
      <w:r>
        <w:rPr>
          <w:i/>
          <w:color w:val="595959"/>
          <w:sz w:val="22"/>
        </w:rPr>
        <w:t>[Job Title]</w:t>
      </w:r>
      <w:r>
        <w:rPr>
          <w:sz w:val="22"/>
        </w:rPr>
        <w:t xml:space="preserve">, </w:t>
      </w:r>
      <w:r>
        <w:rPr>
          <w:i/>
          <w:color w:val="595959"/>
          <w:sz w:val="22"/>
        </w:rPr>
        <w:t>[Company Name]</w:t>
      </w:r>
    </w:p>
    <w:p>
      <w:pPr>
        <w:spacing w:after="160" w:before="0"/>
      </w:pPr>
      <w:r>
        <w:rPr>
          <w:sz w:val="22"/>
        </w:rPr>
        <w:t xml:space="preserve">Relationship: </w:t>
      </w:r>
      <w:r>
        <w:rPr>
          <w:i/>
          <w:color w:val="595959"/>
          <w:sz w:val="22"/>
        </w:rPr>
        <w:t>[e.g., Direct supervisor at ABC Corp, 2021–2024]</w:t>
      </w:r>
    </w:p>
    <w:p>
      <w:pPr>
        <w:spacing w:after="160" w:before="0"/>
      </w:pPr>
      <w:r>
        <w:rPr>
          <w:sz w:val="22"/>
        </w:rPr>
        <w:t xml:space="preserve">Phone: </w:t>
      </w:r>
      <w:r>
        <w:rPr>
          <w:i/>
          <w:color w:val="595959"/>
          <w:sz w:val="22"/>
        </w:rPr>
        <w:t>[(555) 555-5555]</w:t>
      </w:r>
      <w:r>
        <w:rPr>
          <w:sz w:val="22"/>
        </w:rPr>
        <w:t xml:space="preserve">   |   Email: </w:t>
      </w:r>
      <w:r>
        <w:rPr>
          <w:i/>
          <w:color w:val="595959"/>
          <w:sz w:val="22"/>
        </w:rPr>
        <w:t>[name@company.com]</w:t>
      </w:r>
    </w:p>
    <w:p>
      <w:pPr>
        <w:spacing w:after="0" w:before="0"/>
      </w:pPr>
    </w:p>
    <w:p>
      <w:pPr>
        <w:spacing w:after="40" w:before="0"/>
      </w:pPr>
      <w:r>
        <w:rPr>
          <w:b/>
          <w:i/>
          <w:color w:val="595959"/>
          <w:sz w:val="24"/>
        </w:rPr>
        <w:t>[Reference 3 Full Name]</w:t>
      </w:r>
    </w:p>
    <w:p>
      <w:pPr>
        <w:spacing w:after="160" w:before="0"/>
      </w:pPr>
      <w:r>
        <w:rPr>
          <w:i/>
          <w:color w:val="595959"/>
          <w:sz w:val="22"/>
        </w:rPr>
        <w:t>[Job Title]</w:t>
      </w:r>
      <w:r>
        <w:rPr>
          <w:sz w:val="22"/>
        </w:rPr>
        <w:t xml:space="preserve">, </w:t>
      </w:r>
      <w:r>
        <w:rPr>
          <w:i/>
          <w:color w:val="595959"/>
          <w:sz w:val="22"/>
        </w:rPr>
        <w:t>[Company Name]</w:t>
      </w:r>
    </w:p>
    <w:p>
      <w:pPr>
        <w:spacing w:after="160" w:before="0"/>
      </w:pPr>
      <w:r>
        <w:rPr>
          <w:sz w:val="22"/>
        </w:rPr>
        <w:t xml:space="preserve">Relationship: </w:t>
      </w:r>
      <w:r>
        <w:rPr>
          <w:i/>
          <w:color w:val="595959"/>
          <w:sz w:val="22"/>
        </w:rPr>
        <w:t>[e.g., Direct supervisor at ABC Corp, 2021–2024]</w:t>
      </w:r>
    </w:p>
    <w:p>
      <w:pPr>
        <w:spacing w:after="160" w:before="0"/>
      </w:pPr>
      <w:r>
        <w:rPr>
          <w:sz w:val="22"/>
        </w:rPr>
        <w:t xml:space="preserve">Phone: </w:t>
      </w:r>
      <w:r>
        <w:rPr>
          <w:i/>
          <w:color w:val="595959"/>
          <w:sz w:val="22"/>
        </w:rPr>
        <w:t>[(555) 555-5555]</w:t>
      </w:r>
      <w:r>
        <w:rPr>
          <w:sz w:val="22"/>
        </w:rPr>
        <w:t xml:space="preserve">   |   Email: </w:t>
      </w:r>
      <w:r>
        <w:rPr>
          <w:i/>
          <w:color w:val="595959"/>
          <w:sz w:val="22"/>
        </w:rPr>
        <w:t>[name@company.com]</w:t>
      </w:r>
    </w:p>
    <w:p>
      <w:pPr>
        <w:spacing w:after="0" w:before="0"/>
      </w:pPr>
    </w:p>
    <w:p>
      <w:pPr>
        <w:spacing w:after="80" w:before="0"/>
      </w:pPr>
      <w:r>
        <w:rPr>
          <w:i/>
          <w:color w:val="595959"/>
          <w:sz w:val="18"/>
        </w:rPr>
        <w:t>Ask each person for permission before listing them, and tell them which job you applied for so they can speak to the right strengths.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