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80" w:before="0"/>
        <w:jc w:val="center"/>
      </w:pPr>
      <w:r>
        <w:rPr>
          <w:b/>
          <w:i/>
          <w:color w:val="595959"/>
          <w:sz w:val="68"/>
        </w:rPr>
        <w:t>[REPORT TITLE]</w:t>
      </w:r>
    </w:p>
    <w:p>
      <w:pPr>
        <w:spacing w:after="80" w:before="0"/>
        <w:jc w:val="center"/>
      </w:pPr>
      <w:r>
        <w:rPr>
          <w:i/>
          <w:color w:val="595959"/>
          <w:sz w:val="32"/>
        </w:rPr>
        <w:t>[Subtitle: what the report covers]</w:t>
      </w:r>
    </w:p>
    <w:p>
      <w:pPr>
        <w:spacing w:after="0" w:before="0"/>
      </w:pPr>
    </w:p>
    <w:p>
      <w:pPr>
        <w:spacing w:after="0" w:before="0"/>
      </w:pPr>
    </w:p>
    <w:p>
      <w:pPr>
        <w:spacing w:after="80" w:before="0"/>
        <w:jc w:val="center"/>
      </w:pPr>
      <w:r>
        <w:rPr>
          <w:color w:val="595959"/>
          <w:sz w:val="24"/>
        </w:rPr>
        <w:t>————————————</w:t>
      </w:r>
    </w:p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Prepared for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[Client, teacher or department]</w:t>
            </w:r>
          </w:p>
        </w:tc>
      </w:tr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Prepared by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[Your name / team]</w:t>
            </w:r>
          </w:p>
        </w:tc>
      </w:tr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Organization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[Company or school]</w:t>
            </w:r>
          </w:p>
        </w:tc>
      </w:tr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</w:tr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Version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[1.0]</w:t>
            </w:r>
          </w:p>
        </w:tc>
      </w:tr>
    </w:tbl>
    <w:p>
      <w:pPr>
        <w:spacing w:after="0" w:before="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