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  <w:color w:val="595959"/>
          <w:sz w:val="22"/>
        </w:rPr>
        <w:t>[[Your Full Name]]</w:t>
      </w:r>
    </w:p>
    <w:p>
      <w:pPr>
        <w:spacing w:after="20"/>
      </w:pPr>
      <w:r>
        <w:rPr>
          <w:i/>
          <w:color w:val="595959"/>
          <w:sz w:val="20"/>
        </w:rPr>
        <w:t>[Street Address]</w:t>
      </w:r>
    </w:p>
    <w:p>
      <w:pPr>
        <w:spacing w:after="20"/>
      </w:pPr>
      <w:r>
        <w:rPr>
          <w:i/>
          <w:color w:val="595959"/>
          <w:sz w:val="20"/>
        </w:rPr>
        <w:t>[City, State ZIP]</w:t>
      </w:r>
    </w:p>
    <w:p>
      <w:pPr>
        <w:spacing w:after="20"/>
      </w:pPr>
      <w:r>
        <w:rPr>
          <w:i/>
          <w:color w:val="595959"/>
          <w:sz w:val="20"/>
        </w:rPr>
        <w:t>[Phone Number]</w:t>
      </w:r>
    </w:p>
    <w:p>
      <w:pPr>
        <w:spacing w:after="20"/>
      </w:pPr>
      <w:r>
        <w:rPr>
          <w:i/>
          <w:color w:val="595959"/>
          <w:sz w:val="20"/>
        </w:rPr>
        <w:t>[email@example.com]</w:t>
      </w:r>
    </w:p>
    <w:p/>
    <w:p>
      <w:r>
        <w:rPr>
          <w:i/>
          <w:color w:val="595959"/>
          <w:sz w:val="22"/>
        </w:rPr>
        <w:t>[[Today’s Date]]</w:t>
      </w:r>
    </w:p>
    <w:p/>
    <w:p>
      <w:pPr>
        <w:spacing w:after="20"/>
      </w:pPr>
      <w:r>
        <w:rPr>
          <w:i/>
          <w:color w:val="595959"/>
          <w:sz w:val="22"/>
        </w:rPr>
        <w:t>[Manager’s Name]</w:t>
      </w:r>
    </w:p>
    <w:p>
      <w:pPr>
        <w:spacing w:after="20"/>
      </w:pPr>
      <w:r>
        <w:rPr>
          <w:i/>
          <w:color w:val="595959"/>
          <w:sz w:val="22"/>
        </w:rPr>
        <w:t>[Company Name]</w:t>
      </w:r>
    </w:p>
    <w:p>
      <w:pPr>
        <w:spacing w:after="20"/>
      </w:pPr>
      <w:r>
        <w:rPr>
          <w:i/>
          <w:color w:val="595959"/>
          <w:sz w:val="22"/>
        </w:rPr>
        <w:t>[Street Address]</w:t>
      </w:r>
    </w:p>
    <w:p>
      <w:pPr>
        <w:spacing w:after="20"/>
      </w:pPr>
      <w:r>
        <w:rPr>
          <w:i/>
          <w:color w:val="595959"/>
          <w:sz w:val="22"/>
        </w:rPr>
        <w:t>[City, State ZIP]</w:t>
      </w:r>
    </w:p>
    <w:p/>
    <w:p>
      <w:r>
        <w:t>Dear [Manager’s Name],</w:t>
      </w:r>
    </w:p>
    <w:p>
      <w:pPr>
        <w:jc w:val="both"/>
      </w:pPr>
      <w:r>
        <w:t>Please accept this letter as formal notification of my resignation from my position as [Job Title] at [Company Name]. My last working day will be [Date — typically two weeks from today].</w:t>
      </w:r>
    </w:p>
    <w:p>
      <w:pPr>
        <w:jc w:val="both"/>
      </w:pPr>
      <w:r>
        <w:t>I am grateful for the opportunities I have had here, particularly [mention something specific: a project, a mentor, skills gained]. Working with this team has been a genuinely valuable part of my career.</w:t>
      </w:r>
    </w:p>
    <w:p>
      <w:pPr>
        <w:jc w:val="both"/>
      </w:pPr>
      <w:r>
        <w:t>I will do everything I can to ensure a smooth transition, including [handing off projects / training a replacement / documenting processes]. Please let me know how I can help during my remaining time.</w:t>
      </w:r>
    </w:p>
    <w:p>
      <w:r>
        <w:t>Sincerely,</w:t>
      </w:r>
    </w:p>
    <w:p/>
    <w:p/>
    <w:p/>
    <w:p>
      <w:r>
        <w:rPr>
          <w:i/>
          <w:color w:val="595959"/>
          <w:sz w:val="22"/>
        </w:rPr>
        <w:t>[[Your Full Name]]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