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Calibri" w:hAnsi="Calibri"/>
          <w:b/>
          <w:i w:val="0"/>
          <w:color w:val="1F3B63"/>
          <w:sz w:val="40"/>
        </w:rPr>
        <w:t>[YOUR NAME]</w:t>
      </w:r>
    </w:p>
    <w:p>
      <w:pPr>
        <w:spacing w:after="0" w:before="0"/>
        <w:jc w:val="center"/>
      </w:pPr>
      <w:r>
        <w:rPr>
          <w:rFonts w:ascii="Calibri" w:hAnsi="Calibri"/>
          <w:b w:val="0"/>
          <w:i w:val="0"/>
          <w:color w:val="555555"/>
          <w:sz w:val="20"/>
        </w:rPr>
        <w:t>[City, State]</w:t>
      </w:r>
    </w:p>
    <w:p>
      <w:pPr>
        <w:spacing w:after="40" w:before="0"/>
        <w:jc w:val="center"/>
      </w:pPr>
      <w:r>
        <w:rPr>
          <w:rFonts w:ascii="Calibri" w:hAnsi="Calibri"/>
          <w:b w:val="0"/>
          <w:i w:val="0"/>
          <w:sz w:val="20"/>
        </w:rPr>
        <w:t>[(555) 123-4567]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[youremail@email.com]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[linkedin.com/in/yourname]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PROFESSIONAL SUMMARY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>Results-driven [Job Title] with [X] years of experience in [industry/field]. Proven track record of [key achievement type, e.g., exceeding sales targets] and [second strength, e.g., leading high-performing teams]. Skilled in [skill 1], [skill 2], and [skill 3], with a reputation for [positive trait, e.g., delivering projects on time and under budget].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WORK EXPERIENCE</w:t>
      </w:r>
    </w:p>
    <w:p>
      <w:pPr>
        <w:spacing w:after="0" w:before="8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Present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Increased [revenue/sales metric] by [X]% year over year, generating an additional $[amount] in annual revenue.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Led a team of [X] [role type, e.g., analysts] to deliver [project], finishing [X] weeks ahead of schedule and [X]% under budget.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Redesigned [process/system], cutting [time/cost metric] by [X]% and improving [quality metric].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Mentored [X] junior team members; [X] were promoted within [timeframe].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Grew [client portfolio/territory] from [X] to [X] accounts, raising [metric] by [X]%.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Partnered with [department, e.g., product and marketing teams] to launch [initiative], contributing to [outcome].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Streamlined [workflow], saving the team an estimated [X] hours per [week/month].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Supported [team/project] of [X] people on [key initiative], achieving [result].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Maintained [X]% [accuracy/satisfaction] rating across [X]+ [customers/cases/reports].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Earned [award/recognition, e.g., 'Top Performer Q3'] for [reason].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EDUCATION</w:t>
      </w:r>
    </w:p>
    <w:p>
      <w:pPr>
        <w:spacing w:after="0" w:before="40"/>
      </w:pPr>
      <w:r>
        <w:rPr>
          <w:rFonts w:ascii="Calibri" w:hAnsi="Calibri"/>
          <w:b/>
          <w:i w:val="0"/>
        </w:rPr>
        <w:t>[Degree, e.g., Bachelor of Science in Business Administration]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555555"/>
        </w:rPr>
        <w:t>[University Name] — [City, State] | [Month Year]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SKILLS</w:t>
      </w:r>
    </w:p>
    <w:p>
      <w:pPr>
        <w:spacing w:after="0" w:before="0"/>
      </w:pPr>
      <w:r>
        <w:rPr>
          <w:rFonts w:ascii="Calibri" w:hAnsi="Calibri"/>
          <w:b/>
          <w:i w:val="0"/>
        </w:rPr>
        <w:t xml:space="preserve">Technical: </w:t>
      </w:r>
      <w:r>
        <w:rPr>
          <w:rFonts w:ascii="Calibri" w:hAnsi="Calibri"/>
          <w:b w:val="0"/>
          <w:i w:val="0"/>
        </w:rPr>
        <w:t>[Skill 1], [Skill 2], [Skill 3]</w:t>
      </w:r>
    </w:p>
    <w:p>
      <w:pPr>
        <w:spacing w:after="0" w:before="0"/>
      </w:pPr>
      <w:r>
        <w:rPr>
          <w:rFonts w:ascii="Calibri" w:hAnsi="Calibri"/>
          <w:b/>
          <w:i w:val="0"/>
        </w:rPr>
        <w:t xml:space="preserve">Tools &amp; Software: </w:t>
      </w:r>
      <w:r>
        <w:rPr>
          <w:rFonts w:ascii="Calibri" w:hAnsi="Calibri"/>
          <w:b w:val="0"/>
          <w:i w:val="0"/>
        </w:rPr>
        <w:t>[Tool 1], [Tool 2], [Tool 3]</w:t>
      </w:r>
    </w:p>
    <w:p>
      <w:pPr>
        <w:spacing w:after="40" w:before="0"/>
      </w:pPr>
      <w:r>
        <w:rPr>
          <w:rFonts w:ascii="Calibri" w:hAnsi="Calibri"/>
          <w:b/>
          <w:i w:val="0"/>
        </w:rPr>
        <w:t xml:space="preserve">Certifications: </w:t>
      </w:r>
      <w:r>
        <w:rPr>
          <w:rFonts w:ascii="Calibri" w:hAnsi="Calibri"/>
          <w:b w:val="0"/>
          <w:i w:val="0"/>
        </w:rPr>
        <w:t>[Certification Name, Year]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PROFESSIONAL AFFILIATIONS</w:t>
      </w:r>
    </w:p>
    <w:p>
      <w:pPr>
        <w:spacing w:after="0" w:before="0"/>
      </w:pPr>
      <w:r>
        <w:rPr>
          <w:rFonts w:ascii="Calibri" w:hAnsi="Calibri"/>
          <w:b w:val="0"/>
          <w:i w:val="0"/>
        </w:rPr>
        <w:t>[Organization Name] — [Role, e.g., Member], [Years]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40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F3B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B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1F3B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Chronological Resume Template</dc:title>
  <dc:subject>Resume template</dc:subject>
  <dc:creator>SnagATool</dc:creator>
  <cp:keywords>resume template, ATS, SnagATool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