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Calibri" w:hAnsi="Calibri"/>
          <w:b/>
          <w:i w:val="0"/>
          <w:color w:val="1F3B63"/>
          <w:sz w:val="40"/>
        </w:rPr>
        <w:t>[YOUR NAME]</w:t>
      </w:r>
    </w:p>
    <w:p>
      <w:pPr>
        <w:spacing w:after="0" w:before="0"/>
        <w:jc w:val="center"/>
      </w:pPr>
      <w:r>
        <w:rPr>
          <w:rFonts w:ascii="Calibri" w:hAnsi="Calibri"/>
          <w:b w:val="0"/>
          <w:i w:val="0"/>
          <w:color w:val="555555"/>
          <w:sz w:val="20"/>
        </w:rPr>
        <w:t>[City, State]</w:t>
      </w:r>
    </w:p>
    <w:p>
      <w:pPr>
        <w:spacing w:after="40" w:before="0"/>
        <w:jc w:val="center"/>
      </w:pPr>
      <w:r>
        <w:rPr>
          <w:rFonts w:ascii="Calibri" w:hAnsi="Calibri"/>
          <w:b w:val="0"/>
          <w:i w:val="0"/>
          <w:sz w:val="20"/>
        </w:rPr>
        <w:t>[(555) 123-4567]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[youremail@email.com]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[linkedin.com/in/yourname]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PROFESSIONAL PROFILE</w:t>
      </w:r>
    </w:p>
    <w:p>
      <w:pPr>
        <w:spacing w:after="40" w:before="0"/>
      </w:pPr>
      <w:r>
        <w:rPr>
          <w:rFonts w:ascii="Calibri" w:hAnsi="Calibri"/>
          <w:b w:val="0"/>
          <w:i w:val="0"/>
        </w:rPr>
        <w:t>[Job Title] with [X] years of experience in [industry]. Combines deep expertise in [specialty 1] and [specialty 2] with a proven ability to [key result, e.g., 'drive revenue growth in competitive markets']. Known for [strength], [strength], and [strength].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CORE COMPETENCIES</w:t>
      </w:r>
    </w:p>
    <w:p>
      <w:pPr>
        <w:spacing w:after="20" w:before="0"/>
      </w:pPr>
      <w:r>
        <w:rPr>
          <w:rFonts w:ascii="Calibri" w:hAnsi="Calibri"/>
          <w:b w:val="0"/>
          <w:i w:val="0"/>
        </w:rPr>
        <w:t xml:space="preserve">•  [Competency 1]      </w:t>
      </w:r>
      <w:r>
        <w:rPr>
          <w:rFonts w:ascii="Calibri" w:hAnsi="Calibri"/>
          <w:b w:val="0"/>
          <w:i w:val="0"/>
        </w:rPr>
        <w:t xml:space="preserve">•  [Competency 2]      </w:t>
      </w:r>
      <w:r>
        <w:rPr>
          <w:rFonts w:ascii="Calibri" w:hAnsi="Calibri"/>
          <w:b w:val="0"/>
          <w:i w:val="0"/>
        </w:rPr>
        <w:t>•  [Competency 3]</w:t>
      </w:r>
    </w:p>
    <w:p>
      <w:pPr>
        <w:spacing w:after="20" w:before="0"/>
      </w:pPr>
      <w:r>
        <w:rPr>
          <w:rFonts w:ascii="Calibri" w:hAnsi="Calibri"/>
          <w:b w:val="0"/>
          <w:i w:val="0"/>
        </w:rPr>
        <w:t xml:space="preserve">•  [Competency 4]      </w:t>
      </w:r>
      <w:r>
        <w:rPr>
          <w:rFonts w:ascii="Calibri" w:hAnsi="Calibri"/>
          <w:b w:val="0"/>
          <w:i w:val="0"/>
        </w:rPr>
        <w:t xml:space="preserve">•  [Competency 5]      </w:t>
      </w:r>
      <w:r>
        <w:rPr>
          <w:rFonts w:ascii="Calibri" w:hAnsi="Calibri"/>
          <w:b w:val="0"/>
          <w:i w:val="0"/>
        </w:rPr>
        <w:t>•  [Competency 6]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SELECTED ACHIEVEMENTS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Increased [metric] by [X]% within [timeframe] through [action].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Led [initiative] across [X] [locations/teams], delivering [outcome] [X] weeks early.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Recognized with [award] for [achievement] among [X] peers.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PROFESSIONAL EXPERIENCE</w:t>
      </w:r>
    </w:p>
    <w:p>
      <w:pPr>
        <w:spacing w:after="0" w:before="8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Present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[task/scope], resulting in [quantified outcome].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[task/scope], resulting in [quantified outcome].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[task/scope], resulting in [quantified outcome].</w:t>
      </w:r>
    </w:p>
    <w:p>
      <w:pPr>
        <w:spacing w:after="0" w:before="8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[task/scope], resulting in [quantified outcome].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[task/scope], resulting in [quantified outcome].</w:t>
      </w:r>
    </w:p>
    <w:p>
      <w:pPr>
        <w:spacing w:after="0" w:before="8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[task/scope], resulting in [quantified outcome].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[task/scope], resulting in [quantified outcome].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EDUCATION &amp; CERTIFICATIONS</w:t>
      </w:r>
    </w:p>
    <w:p>
      <w:pPr>
        <w:spacing w:after="20" w:before="40"/>
      </w:pPr>
      <w:r>
        <w:rPr>
          <w:rFonts w:ascii="Calibri" w:hAnsi="Calibri"/>
          <w:b/>
          <w:i w:val="0"/>
        </w:rPr>
        <w:t>[Degree Name]</w:t>
      </w:r>
      <w:r>
        <w:rPr>
          <w:rFonts w:ascii="Calibri" w:hAnsi="Calibri"/>
          <w:b w:val="0"/>
          <w:i w:val="0"/>
        </w:rPr>
        <w:t xml:space="preserve"> — [University Name], [City, State] ([Year])</w:t>
      </w:r>
    </w:p>
    <w:p>
      <w:pPr>
        <w:spacing w:after="40" w:before="0"/>
      </w:pPr>
      <w:r>
        <w:rPr>
          <w:rFonts w:ascii="Calibri" w:hAnsi="Calibri"/>
          <w:b/>
          <w:i w:val="0"/>
        </w:rPr>
        <w:t>[Certification Name]</w:t>
      </w:r>
      <w:r>
        <w:rPr>
          <w:rFonts w:ascii="Calibri" w:hAnsi="Calibri"/>
          <w:b w:val="0"/>
          <w:i w:val="0"/>
        </w:rPr>
        <w:t xml:space="preserve"> — [Issuing Body] ([Year])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 w:line="240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F3B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B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1F3B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Combination Resume Template</dc:title>
  <dc:subject>Resume template</dc:subject>
  <dc:creator>SnagATool</dc:creator>
  <cp:keywords>resume template, ATS, SnagATool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