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rFonts w:ascii="Calibri" w:hAnsi="Calibri"/>
          <w:b/>
          <w:i w:val="0"/>
          <w:color w:val="1F3B63"/>
          <w:sz w:val="40"/>
        </w:rPr>
        <w:t>[YOUR NAME]</w:t>
      </w:r>
    </w:p>
    <w:p>
      <w:pPr>
        <w:spacing w:after="0" w:before="0"/>
        <w:jc w:val="center"/>
      </w:pPr>
      <w:r>
        <w:rPr>
          <w:rFonts w:ascii="Calibri" w:hAnsi="Calibri"/>
          <w:b w:val="0"/>
          <w:i w:val="0"/>
          <w:color w:val="555555"/>
          <w:sz w:val="20"/>
        </w:rPr>
        <w:t>[City, State]</w:t>
      </w:r>
    </w:p>
    <w:p>
      <w:pPr>
        <w:spacing w:after="40" w:before="0"/>
        <w:jc w:val="center"/>
      </w:pPr>
      <w:r>
        <w:rPr>
          <w:rFonts w:ascii="Calibri" w:hAnsi="Calibri"/>
          <w:b w:val="0"/>
          <w:i w:val="0"/>
          <w:sz w:val="20"/>
        </w:rPr>
        <w:t>[(555) 123-4567]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[youremail@email.com]</w:t>
      </w:r>
      <w:r>
        <w:rPr>
          <w:rFonts w:ascii="Calibri" w:hAnsi="Calibri"/>
          <w:b w:val="0"/>
          <w:i w:val="0"/>
          <w:sz w:val="20"/>
        </w:rPr>
        <w:t xml:space="preserve">  |  </w:t>
      </w:r>
      <w:r>
        <w:rPr>
          <w:rFonts w:ascii="Calibri" w:hAnsi="Calibri"/>
          <w:b w:val="0"/>
          <w:i w:val="0"/>
          <w:sz w:val="20"/>
        </w:rPr>
        <w:t>[linkedin.com/in/yourname]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OBJECTIVE</w:t>
      </w:r>
    </w:p>
    <w:p>
      <w:pPr>
        <w:spacing w:after="40" w:before="0"/>
      </w:pPr>
      <w:r>
        <w:rPr>
          <w:rFonts w:ascii="Calibri" w:hAnsi="Calibri"/>
          <w:b w:val="0"/>
          <w:i w:val="0"/>
        </w:rPr>
        <w:t>Recent [degree, e.g., B.A. in Communications] graduate seeking a [Target Job Title] position at [Company Name]. Brings [relevant experience, e.g., 'two marketing internships and a portfolio of class projects'] plus strong skills in [skill 1], [skill 2], and [skill 3].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EDUCATION</w:t>
      </w:r>
    </w:p>
    <w:p>
      <w:pPr>
        <w:spacing w:after="0" w:before="40"/>
      </w:pPr>
      <w:r>
        <w:rPr>
          <w:rFonts w:ascii="Calibri" w:hAnsi="Calibri"/>
          <w:b/>
          <w:i w:val="0"/>
        </w:rPr>
        <w:t>[Bachelor of Arts in [Major]]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555555"/>
        </w:rPr>
        <w:t>[University Name] — [City, State] |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GPA: [X.X]/4.0 [include only if 3.0 or higher]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Relevant coursework: [Course 1], [Course 2], [Course 3]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Honors: [e.g., Dean's List, Fall 20XX – Spring 20XX]; [Club/Organization], [Role]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EXPERIENCE</w:t>
      </w:r>
    </w:p>
    <w:p>
      <w:pPr>
        <w:spacing w:after="0" w:before="80"/>
      </w:pPr>
      <w:r>
        <w:rPr>
          <w:rFonts w:ascii="Calibri" w:hAnsi="Calibri"/>
          <w:b/>
          <w:i w:val="0"/>
        </w:rPr>
        <w:t>[Internship/Job Title]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[Company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Assisted with [task], contributing to [outcome, e.g., 'a 20% increase in social engagement'].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Created [deliverable, e.g., weekly reports/presentations] for [audience].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Collaborated with [team size] teammates on [project], [result].</w:t>
      </w:r>
    </w:p>
    <w:p>
      <w:pPr>
        <w:spacing w:after="0" w:before="80"/>
      </w:pPr>
      <w:r>
        <w:rPr>
          <w:rFonts w:ascii="Calibri" w:hAnsi="Calibri"/>
          <w:b/>
          <w:i w:val="0"/>
        </w:rPr>
        <w:t>[Part-Time Job Title / Volunteer Role]</w:t>
      </w:r>
      <w:r>
        <w:rPr>
          <w:rFonts w:ascii="Calibri" w:hAnsi="Calibri"/>
          <w:b w:val="0"/>
          <w:i w:val="0"/>
        </w:rPr>
        <w:t xml:space="preserve">  |  </w:t>
      </w:r>
      <w:r>
        <w:rPr>
          <w:rFonts w:ascii="Calibri" w:hAnsi="Calibri"/>
          <w:b w:val="0"/>
          <w:i w:val="0"/>
        </w:rPr>
        <w:t>[Organization Name] — [City, State]</w:t>
      </w:r>
    </w:p>
    <w:p>
      <w:pPr>
        <w:spacing w:after="40" w:before="0"/>
      </w:pPr>
      <w:r>
        <w:rPr>
          <w:rFonts w:ascii="Calibri" w:hAnsi="Calibri"/>
          <w:b w:val="0"/>
          <w:i/>
          <w:color w:val="555555"/>
          <w:sz w:val="20"/>
        </w:rPr>
        <w:t>[Month Year] – [Month Year]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[Action verb] [responsibility], demonstrating [skill].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Recognized for [achievement, e.g., 'reliability — covered 15+ shifts for absent coworkers'].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PROJECTS</w:t>
      </w:r>
    </w:p>
    <w:p>
      <w:pPr>
        <w:spacing w:after="20" w:before="40"/>
      </w:pPr>
      <w:r>
        <w:rPr>
          <w:rFonts w:ascii="Calibri" w:hAnsi="Calibri"/>
          <w:b/>
          <w:i w:val="0"/>
        </w:rPr>
        <w:t>[Project Name]</w:t>
      </w:r>
      <w:r>
        <w:rPr>
          <w:rFonts w:ascii="Calibri" w:hAnsi="Calibri"/>
          <w:b w:val="0"/>
          <w:i/>
        </w:rPr>
        <w:t xml:space="preserve"> — [brief context, e.g., capstone project]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[What you built/did]: [1-line description with tools used, e.g., 'a budgeting app in Python'].</w:t>
      </w:r>
    </w:p>
    <w:p>
      <w:pPr>
        <w:pStyle w:val="ListBullet"/>
        <w:spacing w:after="20" w:before="0"/>
        <w:ind w:left="360"/>
      </w:pPr>
      <w:r>
        <w:rPr>
          <w:rFonts w:ascii="Calibri" w:hAnsi="Calibri"/>
        </w:rPr>
        <w:t>[Result: e.g., 'presented to a panel of 4 faculty; earned top marks in the class'].</w:t>
      </w:r>
    </w:p>
    <w:p>
      <w:pPr>
        <w:pStyle w:val="Heading2"/>
        <w:pBdr>
          <w:bottom w:val="single" w:sz="8" w:space="2" w:color="1F3B63"/>
        </w:pBdr>
      </w:pPr>
      <w:r>
        <w:rPr>
          <w:b/>
          <w:color w:val="1F3B63"/>
          <w:sz w:val="24"/>
        </w:rPr>
        <w:t>SKILLS</w:t>
      </w:r>
    </w:p>
    <w:p>
      <w:pPr>
        <w:spacing w:after="0" w:before="0"/>
      </w:pPr>
      <w:r>
        <w:rPr>
          <w:rFonts w:ascii="Calibri" w:hAnsi="Calibri"/>
          <w:b/>
          <w:i w:val="0"/>
        </w:rPr>
        <w:t xml:space="preserve">Technical: </w:t>
      </w:r>
      <w:r>
        <w:rPr>
          <w:rFonts w:ascii="Calibri" w:hAnsi="Calibri"/>
          <w:b w:val="0"/>
          <w:i w:val="0"/>
        </w:rPr>
        <w:t>[Skill 1], [Skill 2], [Skill 3]</w:t>
      </w:r>
    </w:p>
    <w:p>
      <w:pPr>
        <w:spacing w:after="40" w:before="0"/>
      </w:pPr>
      <w:r>
        <w:rPr>
          <w:rFonts w:ascii="Calibri" w:hAnsi="Calibri"/>
          <w:b/>
          <w:i w:val="0"/>
        </w:rPr>
        <w:t xml:space="preserve">Languages: </w:t>
      </w:r>
      <w:r>
        <w:rPr>
          <w:rFonts w:ascii="Calibri" w:hAnsi="Calibri"/>
          <w:b w:val="0"/>
          <w:i w:val="0"/>
        </w:rPr>
        <w:t>[Language] ([proficiency])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 w:line="240" w:lineRule="auto"/>
    </w:pPr>
    <w:rPr>
      <w:rFonts w:ascii="Calibri" w:hAnsi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F3B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B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1F3B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Resume Template</dc:title>
  <dc:subject>Resume template</dc:subject>
  <dc:creator>SnagATool</dc:creator>
  <cp:keywords>resume template, ATS, SnagATool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