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rFonts w:ascii="Calibri" w:hAnsi="Calibri"/>
          <w:b/>
          <w:i w:val="0"/>
          <w:color w:val="1F3B63"/>
          <w:sz w:val="44"/>
        </w:rPr>
        <w:t>[YOUR NAME]</w:t>
      </w:r>
    </w:p>
    <w:p>
      <w:pPr>
        <w:spacing w:after="40" w:before="0"/>
        <w:jc w:val="center"/>
      </w:pPr>
      <w:r>
        <w:rPr>
          <w:rFonts w:ascii="Calibri" w:hAnsi="Calibri"/>
          <w:b/>
          <w:i w:val="0"/>
          <w:color w:val="555555"/>
          <w:sz w:val="24"/>
        </w:rPr>
        <w:t>[TARGET TITLE — e.g., Chief Operating Officer]</w:t>
      </w:r>
    </w:p>
    <w:p>
      <w:pPr>
        <w:spacing w:after="0" w:before="0"/>
        <w:jc w:val="center"/>
      </w:pPr>
      <w:r>
        <w:rPr>
          <w:rFonts w:ascii="Calibri" w:hAnsi="Calibri"/>
          <w:b w:val="0"/>
          <w:i w:val="0"/>
          <w:sz w:val="20"/>
        </w:rPr>
        <w:t>[City, State]</w:t>
      </w:r>
      <w:r>
        <w:rPr>
          <w:rFonts w:ascii="Calibri" w:hAnsi="Calibri"/>
          <w:b w:val="0"/>
          <w:i w:val="0"/>
          <w:sz w:val="20"/>
        </w:rPr>
        <w:t xml:space="preserve">  |  </w:t>
      </w:r>
      <w:r>
        <w:rPr>
          <w:rFonts w:ascii="Calibri" w:hAnsi="Calibri"/>
          <w:b w:val="0"/>
          <w:i w:val="0"/>
          <w:sz w:val="20"/>
        </w:rPr>
        <w:t>[(555) 123-4567]</w:t>
      </w:r>
      <w:r>
        <w:rPr>
          <w:rFonts w:ascii="Calibri" w:hAnsi="Calibri"/>
          <w:b w:val="0"/>
          <w:i w:val="0"/>
          <w:sz w:val="20"/>
        </w:rPr>
        <w:t xml:space="preserve">  |  </w:t>
      </w:r>
      <w:r>
        <w:rPr>
          <w:rFonts w:ascii="Calibri" w:hAnsi="Calibri"/>
          <w:b w:val="0"/>
          <w:i w:val="0"/>
          <w:sz w:val="20"/>
        </w:rPr>
        <w:t>[youremail@email.com]</w:t>
      </w:r>
      <w:r>
        <w:rPr>
          <w:rFonts w:ascii="Calibri" w:hAnsi="Calibri"/>
          <w:b w:val="0"/>
          <w:i w:val="0"/>
          <w:sz w:val="20"/>
        </w:rPr>
        <w:t xml:space="preserve">  |  </w:t>
      </w:r>
      <w:r>
        <w:rPr>
          <w:rFonts w:ascii="Calibri" w:hAnsi="Calibri"/>
          <w:b w:val="0"/>
          <w:i w:val="0"/>
          <w:sz w:val="20"/>
        </w:rPr>
        <w:t>[linkedin.com/in/yourname]</w:t>
      </w:r>
    </w:p>
    <w:p>
      <w:pPr>
        <w:pBdr>
          <w:bottom w:val="single" w:sz="8" w:space="2" w:color="1F3B63"/>
        </w:pBdr>
      </w:pP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EXECUTIVE SUMMARY</w:t>
      </w:r>
    </w:p>
    <w:p>
      <w:pPr>
        <w:spacing w:after="40" w:before="0"/>
      </w:pPr>
      <w:r>
        <w:rPr>
          <w:rFonts w:ascii="Calibri" w:hAnsi="Calibri"/>
          <w:b w:val="0"/>
          <w:i w:val="0"/>
        </w:rPr>
        <w:t>[C-level title]-caliber leader with [X]+ years driving [growth/transformation/turnaround] across [industry/industries]. Track record of scaling organizations from $[revenue] to $[revenue], leading [X]-person organizations, and delivering [X]% [margin/EBITDA growth]. Trusted advisor to boards on [governance/strategy/M&amp;A]; [board seat or advisory role, if any]. Known for [leadership trait], [leadership trait], and building cultures that [outcome].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KEY ACHIEVEMENTS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Grew revenue from $[X]M to $[X]M ([X]% CAGR) over [X] years as [Title] at [Company].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Led [X]-person organization across [X] [regions/sites]; improved [margin metric] by [X] points.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Spearheaded [acquisition/integration/turnaround], realizing $[X]M in synergies [X] months ahead of plan.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Built and mentored [X]-member executive team; [X] promoted to [C-level/VP] roles.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Positioned company for [exit/IPO/strategic milestone], culminating in [outcome].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PROFESSIONAL EXPERIENCE</w:t>
      </w:r>
    </w:p>
    <w:p>
      <w:pPr>
        <w:spacing w:after="0" w:before="80"/>
      </w:pPr>
      <w:r>
        <w:rPr>
          <w:rFonts w:ascii="Calibri" w:hAnsi="Calibri"/>
          <w:b/>
          <w:i w:val="0"/>
        </w:rPr>
        <w:t>[EXECUTIVE TITLE]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 w:val="0"/>
        </w:rPr>
        <w:t>[Company Name] — [City, State]</w:t>
      </w:r>
    </w:p>
    <w:p>
      <w:pPr>
        <w:spacing w:after="40" w:before="0"/>
      </w:pPr>
      <w:r>
        <w:rPr>
          <w:rFonts w:ascii="Calibri" w:hAnsi="Calibri"/>
          <w:b w:val="0"/>
          <w:i/>
          <w:color w:val="555555"/>
          <w:sz w:val="20"/>
        </w:rPr>
        <w:t>[Month Year] – Present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Set [X]-year strategy for $[X]M P&amp;L; delivered [X]% revenue growth and [X] pts of margin expansion.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Transformed [function/organization] of [X] people; [key initiative] cut costs by $[X]M annually.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Chaired [committee, e.g., operating committee]; reported to [board/CEO] on [cadence].</w:t>
      </w:r>
    </w:p>
    <w:p>
      <w:pPr>
        <w:spacing w:after="0" w:before="80"/>
      </w:pPr>
      <w:r>
        <w:rPr>
          <w:rFonts w:ascii="Calibri" w:hAnsi="Calibri"/>
          <w:b/>
          <w:i w:val="0"/>
        </w:rPr>
        <w:t>[EXECUTIVE TITLE]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 w:val="0"/>
        </w:rPr>
        <w:t>[Company Name] — [City, State]</w:t>
      </w:r>
    </w:p>
    <w:p>
      <w:pPr>
        <w:spacing w:after="40" w:before="0"/>
      </w:pPr>
      <w:r>
        <w:rPr>
          <w:rFonts w:ascii="Calibri" w:hAnsi="Calibri"/>
          <w:b w:val="0"/>
          <w:i/>
          <w:color w:val="555555"/>
          <w:sz w:val="20"/>
        </w:rPr>
        <w:t>[Month Year] – [Month Year]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Led [business unit/division] generating $[X]M revenue; exceeded plan [X] consecutive years.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Negotiated [partnership/acquisition] worth $[X]M, expanding footprint into [market].</w:t>
      </w:r>
    </w:p>
    <w:p>
      <w:pPr>
        <w:spacing w:after="0" w:before="80"/>
      </w:pPr>
      <w:r>
        <w:rPr>
          <w:rFonts w:ascii="Calibri" w:hAnsi="Calibri"/>
          <w:b/>
          <w:i w:val="0"/>
        </w:rPr>
        <w:t>[TITLE]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 w:val="0"/>
        </w:rPr>
        <w:t>[Company Name] — [City, State]</w:t>
      </w:r>
    </w:p>
    <w:p>
      <w:pPr>
        <w:spacing w:after="40" w:before="0"/>
      </w:pPr>
      <w:r>
        <w:rPr>
          <w:rFonts w:ascii="Calibri" w:hAnsi="Calibri"/>
          <w:b w:val="0"/>
          <w:i/>
          <w:color w:val="555555"/>
          <w:sz w:val="20"/>
        </w:rPr>
        <w:t>[Month Year] – [Month Year]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Progressed through [X] roles; last as [Title] owning [scope].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[Signature achievement with metric].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BOARD &amp; ADVISORY ROLES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[Organization] — [Board Member / Advisor], [Years]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[Organization] — [Board Member / Advisor], [Years]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EDUCATION</w:t>
      </w:r>
    </w:p>
    <w:p>
      <w:pPr>
        <w:spacing w:after="0" w:before="40"/>
      </w:pPr>
      <w:r>
        <w:rPr>
          <w:rFonts w:ascii="Calibri" w:hAnsi="Calibri"/>
          <w:b/>
          <w:i w:val="0"/>
        </w:rPr>
        <w:t>[MBA / Degree Name]</w:t>
      </w:r>
      <w:r>
        <w:rPr>
          <w:rFonts w:ascii="Calibri" w:hAnsi="Calibri"/>
          <w:b w:val="0"/>
          <w:i w:val="0"/>
        </w:rPr>
        <w:t xml:space="preserve"> — [University Name], [City, State] ([Year])</w:t>
      </w:r>
    </w:p>
    <w:p>
      <w:pPr>
        <w:spacing w:after="40" w:before="0"/>
      </w:pPr>
      <w:r>
        <w:rPr>
          <w:rFonts w:ascii="Calibri" w:hAnsi="Calibri"/>
          <w:b w:val="0"/>
          <w:i w:val="0"/>
        </w:rPr>
        <w:t>[Executive program, e.g., Stanford Executive Program] — [Year]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CORE LEADERSHIP COMPETENCIES</w:t>
      </w:r>
    </w:p>
    <w:p>
      <w:pPr>
        <w:spacing w:after="20" w:before="0"/>
      </w:pPr>
      <w:r>
        <w:rPr>
          <w:rFonts w:ascii="Calibri" w:hAnsi="Calibri"/>
          <w:b w:val="0"/>
          <w:i w:val="0"/>
        </w:rPr>
        <w:t xml:space="preserve">•  [P&amp;L Ownership]      </w:t>
      </w:r>
      <w:r>
        <w:rPr>
          <w:rFonts w:ascii="Calibri" w:hAnsi="Calibri"/>
          <w:b w:val="0"/>
          <w:i w:val="0"/>
        </w:rPr>
        <w:t xml:space="preserve">•  [M&amp;A &amp; Integration]      </w:t>
      </w:r>
      <w:r>
        <w:rPr>
          <w:rFonts w:ascii="Calibri" w:hAnsi="Calibri"/>
          <w:b w:val="0"/>
          <w:i w:val="0"/>
        </w:rPr>
        <w:t>•  [Digital Transformation]</w:t>
      </w:r>
    </w:p>
    <w:p>
      <w:pPr>
        <w:spacing w:after="40" w:before="0"/>
      </w:pPr>
      <w:r>
        <w:rPr>
          <w:rFonts w:ascii="Calibri" w:hAnsi="Calibri"/>
          <w:b w:val="0"/>
          <w:i w:val="0"/>
        </w:rPr>
        <w:t xml:space="preserve">•  [Board Governance]      </w:t>
      </w:r>
      <w:r>
        <w:rPr>
          <w:rFonts w:ascii="Calibri" w:hAnsi="Calibri"/>
          <w:b w:val="0"/>
          <w:i w:val="0"/>
        </w:rPr>
        <w:t xml:space="preserve">•  [Talent Development]      </w:t>
      </w:r>
      <w:r>
        <w:rPr>
          <w:rFonts w:ascii="Calibri" w:hAnsi="Calibri"/>
          <w:b w:val="0"/>
          <w:i w:val="0"/>
        </w:rPr>
        <w:t>•  [Global Operations]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 w:line="240" w:lineRule="auto"/>
    </w:pPr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/>
      <w:outlineLvl w:val="0"/>
    </w:pPr>
    <w:rPr>
      <w:rFonts w:asciiTheme="majorHAnsi" w:eastAsiaTheme="majorEastAsia" w:hAnsiTheme="majorHAnsi" w:cstheme="majorBidi" w:ascii="Calibri" w:hAnsi="Calibri"/>
      <w:b/>
      <w:bCs/>
      <w:color w:val="1F3B6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B6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1F3B6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Resume Template</dc:title>
  <dc:subject>Resume template</dc:subject>
  <dc:creator>SnagATool</dc:creator>
  <cp:keywords>resume template, ATS, SnagATool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