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Calibri" w:hAnsi="Calibri"/>
          <w:b/>
          <w:i w:val="0"/>
          <w:color w:val="1F3B63"/>
          <w:sz w:val="40"/>
        </w:rPr>
        <w:t>[YOUR NAME]</w:t>
      </w:r>
    </w:p>
    <w:p>
      <w:pPr>
        <w:spacing w:after="0" w:before="0"/>
        <w:jc w:val="center"/>
      </w:pPr>
      <w:r>
        <w:rPr>
          <w:rFonts w:ascii="Calibri" w:hAnsi="Calibri"/>
          <w:b w:val="0"/>
          <w:i w:val="0"/>
          <w:color w:val="555555"/>
          <w:sz w:val="20"/>
        </w:rPr>
        <w:t>[City, State]</w:t>
      </w:r>
    </w:p>
    <w:p>
      <w:pPr>
        <w:spacing w:after="40" w:before="0"/>
        <w:jc w:val="center"/>
      </w:pPr>
      <w:r>
        <w:rPr>
          <w:rFonts w:ascii="Calibri" w:hAnsi="Calibri"/>
          <w:b w:val="0"/>
          <w:i w:val="0"/>
          <w:sz w:val="20"/>
        </w:rPr>
        <w:t>[(555) 123-4567]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[youremail@email.com]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[linkedin.com/in/yourname]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CAREER OBJECTIVE</w:t>
      </w:r>
    </w:p>
    <w:p>
      <w:pPr>
        <w:spacing w:after="40" w:before="0"/>
      </w:pPr>
      <w:r>
        <w:rPr>
          <w:rFonts w:ascii="Calibri" w:hAnsi="Calibri"/>
          <w:b w:val="0"/>
          <w:i w:val="0"/>
        </w:rPr>
        <w:t>Motivated [professional/student] transitioning into [target field] with [X] years of experience in [previous field] and demonstrated strength in [transferable skill 1], [transferable skill 2], and [transferable skill 3]. Seeking to apply [relevant capability] as a [Target Job Title] at [Company Name or 'your organization'].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SUMMARY OF QUALIFICATIONS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[X] years of experience in [area], with a record of [achievement type].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Demonstrated [skill] — [brief example of result, e.g., 'trained 12 new hires, cutting onboarding time by 30%'].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Strong [skill] — [brief example of result].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Recognized for [trait] — [brief example, e.g., 'received customer service award two years running'].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Proficient in [tools/systems relevant to target role].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PROFESSIONAL SKILLS</w:t>
      </w:r>
    </w:p>
    <w:p>
      <w:pPr>
        <w:spacing w:after="40" w:before="120"/>
      </w:pPr>
      <w:r>
        <w:rPr>
          <w:rFonts w:ascii="Calibri" w:hAnsi="Calibri"/>
          <w:b/>
          <w:color w:val="1F3B63"/>
        </w:rPr>
        <w:t>[SKILL AREA 1, e.g., PROJECT MANAGEMENT]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Coordinated [project type] involving [X] team members and a $[amount] budget, delivering on schedule.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Developed [plan/timeline] that [result, e.g., 'kept all milestones on track across 6 months'].</w:t>
      </w:r>
    </w:p>
    <w:p>
      <w:pPr>
        <w:spacing w:after="40" w:before="120"/>
      </w:pPr>
      <w:r>
        <w:rPr>
          <w:rFonts w:ascii="Calibri" w:hAnsi="Calibri"/>
          <w:b/>
          <w:color w:val="1F3B63"/>
        </w:rPr>
        <w:t>[SKILL AREA 2, e.g., COMMUNICATION &amp; COLLABORATION]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Presented [reports/proposals] to [audience, e.g., senior leadership], securing [outcome].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Built partnerships with [stakeholders] that [result, e.g., 'improved cross-department handoffs'].</w:t>
      </w:r>
    </w:p>
    <w:p>
      <w:pPr>
        <w:spacing w:after="40" w:before="120"/>
      </w:pPr>
      <w:r>
        <w:rPr>
          <w:rFonts w:ascii="Calibri" w:hAnsi="Calibri"/>
          <w:b/>
          <w:color w:val="1F3B63"/>
        </w:rPr>
        <w:t>[SKILL AREA 3, e.g., ANALYSIS &amp; PROBLEM SOLVING]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Analyzed [data/process] and recommended [change], producing [measurable result].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Resolved [issue type], reducing [metric] by [X]% over [timeframe].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WORK HISTORY</w:t>
      </w:r>
    </w:p>
    <w:p>
      <w:pPr>
        <w:spacing w:after="20" w:before="6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— </w:t>
      </w:r>
      <w:r>
        <w:rPr>
          <w:rFonts w:ascii="Calibri" w:hAnsi="Calibri"/>
          <w:b w:val="0"/>
          <w:i w:val="0"/>
        </w:rPr>
        <w:t>[Company Name]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/>
        </w:rPr>
        <w:t>[Years, e.g., 2019 – 2024]</w:t>
      </w:r>
    </w:p>
    <w:p>
      <w:pPr>
        <w:spacing w:after="20" w:before="6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— </w:t>
      </w:r>
      <w:r>
        <w:rPr>
          <w:rFonts w:ascii="Calibri" w:hAnsi="Calibri"/>
          <w:b w:val="0"/>
          <w:i w:val="0"/>
        </w:rPr>
        <w:t>[Company Name]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/>
        </w:rPr>
        <w:t>[Years]</w:t>
      </w:r>
    </w:p>
    <w:p>
      <w:pPr>
        <w:spacing w:after="20" w:before="60"/>
      </w:pPr>
      <w:r>
        <w:rPr>
          <w:rFonts w:ascii="Calibri" w:hAnsi="Calibri"/>
          <w:b/>
          <w:i w:val="0"/>
        </w:rPr>
        <w:t>[Job Title]</w:t>
      </w:r>
      <w:r>
        <w:rPr>
          <w:rFonts w:ascii="Calibri" w:hAnsi="Calibri"/>
          <w:b w:val="0"/>
          <w:i w:val="0"/>
        </w:rPr>
        <w:t xml:space="preserve"> — </w:t>
      </w:r>
      <w:r>
        <w:rPr>
          <w:rFonts w:ascii="Calibri" w:hAnsi="Calibri"/>
          <w:b w:val="0"/>
          <w:i w:val="0"/>
        </w:rPr>
        <w:t>[Company Name]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/>
        </w:rPr>
        <w:t>[Years]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EDUCATION</w:t>
      </w:r>
    </w:p>
    <w:p>
      <w:pPr>
        <w:spacing w:after="0" w:before="40"/>
      </w:pPr>
      <w:r>
        <w:rPr>
          <w:rFonts w:ascii="Calibri" w:hAnsi="Calibri"/>
          <w:b/>
          <w:i w:val="0"/>
        </w:rPr>
        <w:t>[Degree, e.g., Associate of Arts]</w:t>
      </w:r>
    </w:p>
    <w:p>
      <w:pPr>
        <w:spacing w:after="40" w:before="0"/>
      </w:pPr>
      <w:r>
        <w:rPr>
          <w:rFonts w:ascii="Calibri" w:hAnsi="Calibri"/>
          <w:b w:val="0"/>
          <w:i w:val="0"/>
          <w:color w:val="555555"/>
        </w:rPr>
        <w:t>[School Name] — [City, State] | [Year]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 w:line="240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F3B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B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1F3B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Resume Template</dc:title>
  <dc:subject>Resume template</dc:subject>
  <dc:creator>SnagATool</dc:creator>
  <cp:keywords>resume template, ATS, SnagATool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