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333333"/>
          <w:sz w:val="44"/>
        </w:rPr>
        <w:t>[Your Full Name]</w:t>
      </w:r>
    </w:p>
    <w:p>
      <w:pPr>
        <w:jc w:val="center"/>
      </w:pPr>
      <w:r>
        <w:rPr>
          <w:color w:val="595959"/>
          <w:sz w:val="20"/>
        </w:rPr>
        <w:t>[City, State]  |  [Phone Number]  |  [email@example.com]  |  [linkedin.com/in/yourprofile]</w:t>
      </w:r>
    </w:p>
    <w:p>
      <w:pPr>
        <w:pBdr>
          <w:bottom w:val="single" w:sz="8" w:space="1" w:color="2E74B5"/>
        </w:pBdr>
        <w:spacing w:after="160"/>
      </w:pPr>
    </w:p>
    <w:p>
      <w:pPr>
        <w:spacing w:before="240" w:after="80"/>
      </w:pPr>
      <w:r>
        <w:rPr>
          <w:b/>
          <w:color w:val="2E74B5"/>
          <w:sz w:val="24"/>
        </w:rPr>
        <w:t>PROFESSIONAL SUMMARY</w:t>
      </w:r>
    </w:p>
    <w:p>
      <w:r>
        <w:rPr>
          <w:i/>
          <w:color w:val="595959"/>
          <w:sz w:val="22"/>
        </w:rPr>
        <w:t>[Two to three sentences: years of experience, core strengths, and the value you bring. Tailor this to each job you apply for.]</w:t>
      </w:r>
    </w:p>
    <w:p>
      <w:pPr>
        <w:spacing w:before="240" w:after="80"/>
      </w:pPr>
      <w:r>
        <w:rPr>
          <w:b/>
          <w:color w:val="2E74B5"/>
          <w:sz w:val="24"/>
        </w:rPr>
        <w:t>WORK EXPERIENCE</w:t>
      </w:r>
    </w:p>
    <w:p>
      <w:r>
        <w:rPr>
          <w:b/>
          <w:sz w:val="23"/>
        </w:rPr>
        <w:t>[Job Title] — [Company Name]</w:t>
      </w:r>
    </w:p>
    <w:p>
      <w:r>
        <w:rPr>
          <w:i/>
          <w:color w:val="595959"/>
          <w:sz w:val="20"/>
        </w:rPr>
        <w:t>[[Month Year – Month Year]]  |  [City, State]</w:t>
      </w:r>
    </w:p>
    <w:p>
      <w:pPr>
        <w:pStyle w:val="ListBullet"/>
      </w:pPr>
      <w:r>
        <w:rPr>
          <w:i/>
          <w:color w:val="595959"/>
        </w:rPr>
        <w:t>[Achievement or responsibility — start with a strong action verb and include a measurable result.]</w:t>
      </w:r>
    </w:p>
    <w:p>
      <w:pPr>
        <w:pStyle w:val="ListBullet"/>
      </w:pPr>
      <w:r>
        <w:rPr>
          <w:i/>
          <w:color w:val="595959"/>
        </w:rPr>
        <w:t>[Achievement or responsibility — numbers catch a hiring manager’s eye.]</w:t>
      </w:r>
    </w:p>
    <w:p>
      <w:pPr>
        <w:pStyle w:val="ListBullet"/>
      </w:pPr>
      <w:r>
        <w:rPr>
          <w:i/>
          <w:color w:val="595959"/>
        </w:rPr>
        <w:t>[Achievement or responsibility.]</w:t>
      </w:r>
    </w:p>
    <w:p>
      <w:r>
        <w:rPr>
          <w:b/>
          <w:sz w:val="23"/>
        </w:rPr>
        <w:t>[Job Title] — [Company Name]</w:t>
      </w:r>
    </w:p>
    <w:p>
      <w:r>
        <w:rPr>
          <w:i/>
          <w:color w:val="595959"/>
          <w:sz w:val="20"/>
        </w:rPr>
        <w:t>[[Month Year – Month Year]]  |  [City, State]</w:t>
      </w:r>
    </w:p>
    <w:p>
      <w:pPr>
        <w:pStyle w:val="ListBullet"/>
      </w:pPr>
      <w:r>
        <w:rPr>
          <w:i/>
          <w:color w:val="595959"/>
        </w:rPr>
        <w:t>[Achievement or responsibility — start with a strong action verb and include a measurable result.]</w:t>
      </w:r>
    </w:p>
    <w:p>
      <w:pPr>
        <w:pStyle w:val="ListBullet"/>
      </w:pPr>
      <w:r>
        <w:rPr>
          <w:i/>
          <w:color w:val="595959"/>
        </w:rPr>
        <w:t>[Achievement or responsibility — numbers catch a hiring manager’s eye.]</w:t>
      </w:r>
    </w:p>
    <w:p>
      <w:pPr>
        <w:pStyle w:val="ListBullet"/>
      </w:pPr>
      <w:r>
        <w:rPr>
          <w:i/>
          <w:color w:val="595959"/>
        </w:rPr>
        <w:t>[Achievement or responsibility.]</w:t>
      </w:r>
    </w:p>
    <w:p>
      <w:pPr>
        <w:spacing w:before="240" w:after="80"/>
      </w:pPr>
      <w:r>
        <w:rPr>
          <w:b/>
          <w:color w:val="2E74B5"/>
          <w:sz w:val="24"/>
        </w:rPr>
        <w:t>EDUCATION</w:t>
      </w:r>
    </w:p>
    <w:p>
      <w:r>
        <w:rPr>
          <w:b/>
        </w:rPr>
        <w:t>[Degree Name] — [University Name]</w:t>
      </w:r>
    </w:p>
    <w:p>
      <w:r>
        <w:rPr>
          <w:i/>
          <w:color w:val="595959"/>
          <w:sz w:val="20"/>
        </w:rPr>
        <w:t>[[Graduation Year]  |  [City, State]  |  [Honors, if any]]</w:t>
      </w:r>
    </w:p>
    <w:p>
      <w:pPr>
        <w:spacing w:before="240" w:after="80"/>
      </w:pPr>
      <w:r>
        <w:rPr>
          <w:b/>
          <w:color w:val="2E74B5"/>
          <w:sz w:val="24"/>
        </w:rPr>
        <w:t>SKILLS</w:t>
      </w:r>
    </w:p>
    <w:p>
      <w:r>
        <w:rPr>
          <w:i/>
          <w:color w:val="595959"/>
          <w:sz w:val="22"/>
        </w:rPr>
        <w:t>[[Skill 1]  •  [Skill 2]  •  [Skill 3]  •  [Skill 4]  •  [Skill 5]  •  [Skill 6]]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