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/>
          <w:color w:val="595959"/>
          <w:sz w:val="44"/>
        </w:rPr>
        <w:t>[EVENT NAME]</w:t>
      </w:r>
      <w:r>
        <w:rPr>
          <w:b/>
          <w:color w:val="333333"/>
          <w:sz w:val="44"/>
        </w:rPr>
        <w:t xml:space="preserve"> SIGN-UP SHEET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[Date]</w:t>
      </w:r>
      <w:r>
        <w:rPr>
          <w:color w:val="595959"/>
          <w:sz w:val="22"/>
        </w:rPr>
        <w:t xml:space="preserve">  ·  </w:t>
      </w:r>
      <w:r>
        <w:rPr>
          <w:i/>
          <w:color w:val="595959"/>
          <w:sz w:val="22"/>
        </w:rPr>
        <w:t>[Time]</w:t>
      </w:r>
      <w:r>
        <w:rPr>
          <w:color w:val="595959"/>
          <w:sz w:val="22"/>
        </w:rPr>
        <w:t xml:space="preserve">  ·  </w:t>
      </w:r>
      <w:r>
        <w:rPr>
          <w:i/>
          <w:color w:val="595959"/>
          <w:sz w:val="22"/>
        </w:rPr>
        <w:t>[Location]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[Organizer: Name, phone or email]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[What you are signing up for, e.g. volunteer shifts or potluck dishes]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576"/>
            <w:shd w:val="clear" w:color="auto" w:fill="D9E2F3"/>
          </w:tcPr>
          <w:p>
            <w:r>
              <w:rPr>
                <w:b/>
                <w:sz w:val="22"/>
              </w:rPr>
              <w:t>#</w:t>
            </w:r>
          </w:p>
        </w:tc>
        <w:tc>
          <w:tcPr>
            <w:tcW w:type="dxa" w:w="2592"/>
            <w:shd w:val="clear" w:color="auto" w:fill="D9E2F3"/>
          </w:tcPr>
          <w:p>
            <w:r>
              <w:rPr>
                <w:b/>
                <w:sz w:val="22"/>
              </w:rPr>
              <w:t>Name</w:t>
            </w:r>
          </w:p>
        </w:tc>
        <w:tc>
          <w:tcPr>
            <w:tcW w:type="dxa" w:w="2592"/>
            <w:shd w:val="clear" w:color="auto" w:fill="D9E2F3"/>
          </w:tcPr>
          <w:p>
            <w:r>
              <w:rPr>
                <w:b/>
                <w:sz w:val="22"/>
              </w:rPr>
              <w:t>Email</w:t>
            </w:r>
          </w:p>
        </w:tc>
        <w:tc>
          <w:tcPr>
            <w:tcW w:type="dxa" w:w="1728"/>
            <w:shd w:val="clear" w:color="auto" w:fill="D9E2F3"/>
          </w:tcPr>
          <w:p>
            <w:r>
              <w:rPr>
                <w:b/>
                <w:sz w:val="22"/>
              </w:rPr>
              <w:t>Phone</w:t>
            </w:r>
          </w:p>
        </w:tc>
        <w:tc>
          <w:tcPr>
            <w:tcW w:type="dxa" w:w="1872"/>
            <w:shd w:val="clear" w:color="auto" w:fill="D9E2F3"/>
          </w:tcPr>
          <w:p>
            <w:r>
              <w:rPr>
                <w:b/>
                <w:sz w:val="22"/>
              </w:rPr>
              <w:t>Time slot / item</w:t>
            </w:r>
          </w:p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5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6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7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8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9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10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11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12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13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14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15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16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17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  <w:tr>
        <w:trPr>
          <w:trHeight w:val="518" w:hRule="atLeast"/>
        </w:trPr>
        <w:tc>
          <w:tcPr>
            <w:tcW w:type="dxa" w:w="576"/>
          </w:tcPr>
          <w:p>
            <w:r>
              <w:rPr>
                <w:sz w:val="22"/>
              </w:rPr>
              <w:t>18</w:t>
            </w:r>
          </w:p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1728"/>
          </w:tcPr>
          <w:p/>
        </w:tc>
        <w:tc>
          <w:tcPr>
            <w:tcW w:type="dxa" w:w="1872"/>
          </w:tcPr>
          <w:p/>
        </w:tc>
      </w:tr>
    </w:tbl>
    <w:p>
      <w:pPr>
        <w:spacing w:after="0" w:before="0"/>
      </w:pPr>
    </w:p>
    <w:p>
      <w:pPr>
        <w:spacing w:after="80" w:before="0"/>
      </w:pPr>
      <w:r>
        <w:rPr>
          <w:i/>
          <w:color w:val="595959"/>
          <w:sz w:val="18"/>
        </w:rPr>
        <w:t>Your contact details are used only to coordinate this event.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