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3"/>
        <w:gridCol w:w="7343"/>
      </w:tblGrid>
      <w:tr>
        <w:trPr>
          <w:trHeight w:val="11016" w:hRule="exact"/>
        </w:trPr>
        <w:tc>
          <w:tcPr>
            <w:tcW w:type="dxa" w:w="7344"/>
            <w:tcMar>
              <w:top w:w="432" w:type="dxa"/>
              <w:left w:w="432" w:type="dxa"/>
              <w:bottom w:w="432" w:type="dxa"/>
              <w:right w:w="432" w:type="dxa"/>
            </w:tcMar>
            <w:vAlign w:val="bottom"/>
            <w:tcBorders>
              <w:top w:val="nil"/>
              <w:left w:val="nil"/>
              <w:bottom w:val="nil"/>
              <w:right w:val="dashed" w:sz="4" w:color="D0D0D0" w:space="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/>
                <w:color w:val="595959"/>
                <w:sz w:val="18"/>
              </w:rPr>
              <w:t>[Small logo or a short note on the back]</w:t>
            </w:r>
          </w:p>
        </w:tc>
        <w:tc>
          <w:tcPr>
            <w:tcW w:type="dxa" w:w="7344"/>
            <w:tcMar>
              <w:top w:w="432" w:type="dxa"/>
              <w:left w:w="432" w:type="dxa"/>
              <w:bottom w:w="432" w:type="dxa"/>
              <w:right w:w="432" w:type="dxa"/>
            </w:tcMar>
            <w:shd w:val="clear" w:color="auto" w:fill="FBF7EE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color w:val="1F3864"/>
                <w:sz w:val="108"/>
              </w:rPr>
              <w:t>Thank</w:t>
            </w:r>
          </w:p>
          <w:p>
            <w:pPr>
              <w:spacing w:after="28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color w:val="1F3864"/>
                <w:sz w:val="108"/>
              </w:rPr>
              <w:t>You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C9A227"/>
                <w:sz w:val="28"/>
              </w:rPr>
              <w:t>✿  ✿  ✿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3"/>
        <w:gridCol w:w="7343"/>
      </w:tblGrid>
      <w:tr>
        <w:trPr>
          <w:trHeight w:val="11016" w:hRule="exact"/>
        </w:trPr>
        <w:tc>
          <w:tcPr>
            <w:tcW w:type="dxa" w:w="7344"/>
            <w:tcMar>
              <w:top w:w="432" w:type="dxa"/>
              <w:left w:w="432" w:type="dxa"/>
              <w:bottom w:w="432" w:type="dxa"/>
              <w:right w:w="432" w:type="dxa"/>
            </w:tcMar>
            <w:vAlign w:val="top"/>
            <w:tcBorders>
              <w:top w:val="nil"/>
              <w:left w:val="nil"/>
              <w:bottom w:val="nil"/>
              <w:right w:val="dashed" w:sz="4" w:color="D0D0D0" w:space="0"/>
            </w:tcBorders>
          </w:tcPr>
          <w:p/>
        </w:tc>
        <w:tc>
          <w:tcPr>
            <w:tcW w:type="dxa" w:w="7344"/>
            <w:tcMar>
              <w:top w:w="864" w:type="dxa"/>
              <w:left w:w="864" w:type="dxa"/>
              <w:bottom w:w="864" w:type="dxa"/>
              <w:right w:w="864" w:type="dxa"/>
            </w:tcMar>
            <w:vAlign w:val="center"/>
          </w:tcPr>
          <w:p>
            <w:pPr>
              <w:spacing w:after="240" w:before="0" w:line="240" w:lineRule="auto"/>
              <w:jc w:val="left"/>
            </w:pPr>
            <w:r>
              <w:rPr>
                <w:rFonts w:ascii="Georgia" w:hAnsi="Georgia" w:eastAsia="Georgia"/>
                <w:b w:val="0"/>
                <w:i/>
                <w:sz w:val="28"/>
              </w:rPr>
              <w:t>Dear [Name],</w:t>
            </w:r>
          </w:p>
          <w:p>
            <w:pPr>
              <w:spacing w:after="240" w:before="0" w:line="240" w:lineRule="auto"/>
              <w:jc w:val="left"/>
            </w:pPr>
            <w:r>
              <w:rPr>
                <w:rFonts w:ascii="Georgia" w:hAnsi="Georgia" w:eastAsia="Georgia"/>
                <w:b w:val="0"/>
                <w:i w:val="0"/>
                <w:sz w:val="24"/>
              </w:rPr>
              <w:t>[Thank you so much for the beautiful gift / your help with the move / coming to celebrate with us. It meant so much, and we think of you every time we use it.]</w:t>
            </w:r>
          </w:p>
          <w:p>
            <w:pPr>
              <w:spacing w:after="400" w:before="0" w:line="240" w:lineRule="auto"/>
              <w:jc w:val="left"/>
            </w:pPr>
            <w:r>
              <w:rPr>
                <w:rFonts w:ascii="Georgia" w:hAnsi="Georgia" w:eastAsia="Georgia"/>
                <w:b w:val="0"/>
                <w:i w:val="0"/>
                <w:sz w:val="24"/>
              </w:rPr>
              <w:t>[Add one personal detail or a plan to see each other soon.]</w:t>
            </w:r>
          </w:p>
          <w:p>
            <w:pPr>
              <w:spacing w:after="80" w:before="0" w:line="240" w:lineRule="auto"/>
              <w:jc w:val="left"/>
            </w:pPr>
            <w:r>
              <w:rPr>
                <w:rFonts w:ascii="Georgia" w:hAnsi="Georgia" w:eastAsia="Georgia"/>
                <w:b w:val="0"/>
                <w:i/>
                <w:sz w:val="24"/>
              </w:rPr>
              <w:t>With gratitude,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Georgia" w:hAnsi="Georgia" w:eastAsia="Georgia"/>
                <w:b w:val="0"/>
                <w:i/>
                <w:color w:val="1F3864"/>
                <w:sz w:val="28"/>
              </w:rPr>
              <w:t>[Your Name]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5840" w:h="12240" w:orient="landscape"/>
      <w:pgMar w:top="576" w:right="576" w:bottom="576" w:left="5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