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/>
          <w:color w:val="595959"/>
          <w:sz w:val="28"/>
        </w:rPr>
        <w:t>[Your Full Name]</w:t>
      </w:r>
    </w:p>
    <w:p>
      <w:pPr>
        <w:spacing w:after="40" w:before="0"/>
      </w:pPr>
      <w:r>
        <w:rPr>
          <w:i/>
          <w:color w:val="595959"/>
          <w:sz w:val="20"/>
        </w:rPr>
        <w:t>[City, State]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[Phone]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[Email]</w:t>
      </w:r>
      <w:r>
        <w:rPr>
          <w:color w:val="595959"/>
          <w:sz w:val="20"/>
        </w:rPr>
        <w:t xml:space="preserve">  |  </w:t>
      </w:r>
      <w:r>
        <w:rPr>
          <w:i/>
          <w:color w:val="595959"/>
          <w:sz w:val="20"/>
        </w:rPr>
        <w:t>[LinkedIn URL]</w:t>
      </w:r>
    </w:p>
    <w:p>
      <w:pPr>
        <w:spacing w:after="0" w:before="0"/>
      </w:pPr>
    </w:p>
    <w:p>
      <w:pPr>
        <w:spacing w:after="160" w:before="0"/>
      </w:pPr>
      <w:r>
        <w:rPr>
          <w:i/>
          <w:color w:val="595959"/>
          <w:sz w:val="22"/>
        </w:rPr>
        <w:t>[Month Day, Year]</w:t>
      </w:r>
    </w:p>
    <w:p>
      <w:pPr>
        <w:spacing w:after="160" w:before="0"/>
      </w:pPr>
      <w:r>
        <w:rPr>
          <w:i/>
          <w:color w:val="595959"/>
          <w:sz w:val="22"/>
        </w:rPr>
        <w:t>[Interviewer Name]</w:t>
      </w:r>
      <w:r>
        <w:br/>
      </w:r>
      <w:r>
        <w:rPr>
          <w:i/>
          <w:color w:val="595959"/>
          <w:sz w:val="22"/>
        </w:rPr>
        <w:t>[Title]</w:t>
      </w:r>
      <w:r>
        <w:br/>
      </w:r>
      <w:r>
        <w:rPr>
          <w:i/>
          <w:color w:val="595959"/>
          <w:sz w:val="22"/>
        </w:rPr>
        <w:t>[Company Name]</w:t>
      </w:r>
      <w:r>
        <w:br/>
      </w:r>
      <w:r>
        <w:rPr>
          <w:i/>
          <w:color w:val="595959"/>
          <w:sz w:val="22"/>
        </w:rPr>
        <w:t>[Street Address]</w:t>
      </w:r>
      <w:r>
        <w:br/>
      </w:r>
      <w:r>
        <w:rPr>
          <w:i/>
          <w:color w:val="595959"/>
          <w:sz w:val="22"/>
        </w:rPr>
        <w:t>[City, State ZIP]</w:t>
      </w:r>
    </w:p>
    <w:p>
      <w:pPr>
        <w:spacing w:after="160" w:before="0"/>
      </w:pPr>
      <w:r>
        <w:rPr>
          <w:sz w:val="22"/>
        </w:rPr>
        <w:t xml:space="preserve">Dear </w:t>
      </w:r>
      <w:r>
        <w:rPr>
          <w:i/>
          <w:color w:val="595959"/>
          <w:sz w:val="22"/>
        </w:rPr>
        <w:t>[Mr./Ms./Dr. Last Name]</w:t>
      </w:r>
      <w:r>
        <w:rPr>
          <w:sz w:val="22"/>
        </w:rPr>
        <w:t>,</w:t>
      </w:r>
    </w:p>
    <w:p>
      <w:pPr>
        <w:spacing w:after="160" w:before="0"/>
      </w:pPr>
      <w:r>
        <w:rPr>
          <w:sz w:val="22"/>
        </w:rPr>
        <w:t xml:space="preserve">Thank you for taking the time to meet with me </w:t>
      </w:r>
      <w:r>
        <w:rPr>
          <w:i/>
          <w:color w:val="595959"/>
          <w:sz w:val="22"/>
        </w:rPr>
        <w:t>[today / yesterday]</w:t>
      </w:r>
      <w:r>
        <w:rPr>
          <w:sz w:val="22"/>
        </w:rPr>
        <w:t xml:space="preserve"> about the </w:t>
      </w:r>
      <w:r>
        <w:rPr>
          <w:i/>
          <w:color w:val="595959"/>
          <w:sz w:val="22"/>
        </w:rPr>
        <w:t>[Job Title]</w:t>
      </w:r>
      <w:r>
        <w:rPr>
          <w:sz w:val="22"/>
        </w:rPr>
        <w:t xml:space="preserve"> position at </w:t>
      </w:r>
      <w:r>
        <w:rPr>
          <w:i/>
          <w:color w:val="595959"/>
          <w:sz w:val="22"/>
        </w:rPr>
        <w:t>[Company Name]</w:t>
      </w:r>
      <w:r>
        <w:rPr>
          <w:sz w:val="22"/>
        </w:rPr>
        <w:t xml:space="preserve">. I enjoyed learning about </w:t>
      </w:r>
      <w:r>
        <w:rPr>
          <w:i/>
          <w:color w:val="595959"/>
          <w:sz w:val="22"/>
        </w:rPr>
        <w:t>[a specific project, goal, or challenge you discussed]</w:t>
      </w:r>
      <w:r>
        <w:rPr>
          <w:sz w:val="22"/>
        </w:rPr>
        <w:t>, and our conversation made me even more excited about the role.</w:t>
      </w:r>
    </w:p>
    <w:p>
      <w:pPr>
        <w:spacing w:after="160" w:before="0"/>
      </w:pPr>
      <w:r>
        <w:rPr>
          <w:sz w:val="22"/>
        </w:rPr>
        <w:t xml:space="preserve">I was especially interested in </w:t>
      </w:r>
      <w:r>
        <w:rPr>
          <w:i/>
          <w:color w:val="595959"/>
          <w:sz w:val="22"/>
        </w:rPr>
        <w:t>[something specific the interviewer said]</w:t>
      </w:r>
      <w:r>
        <w:rPr>
          <w:sz w:val="22"/>
        </w:rPr>
        <w:t xml:space="preserve">. In my current role at </w:t>
      </w:r>
      <w:r>
        <w:rPr>
          <w:i/>
          <w:color w:val="595959"/>
          <w:sz w:val="22"/>
        </w:rPr>
        <w:t>[Current Company]</w:t>
      </w:r>
      <w:r>
        <w:rPr>
          <w:sz w:val="22"/>
        </w:rPr>
        <w:t xml:space="preserve">, I </w:t>
      </w:r>
      <w:r>
        <w:rPr>
          <w:i/>
          <w:color w:val="595959"/>
          <w:sz w:val="22"/>
        </w:rPr>
        <w:t>[brief, relevant accomplishment with a result]</w:t>
      </w:r>
      <w:r>
        <w:rPr>
          <w:sz w:val="22"/>
        </w:rPr>
        <w:t xml:space="preserve">, and I would bring that same </w:t>
      </w:r>
      <w:r>
        <w:rPr>
          <w:i/>
          <w:color w:val="595959"/>
          <w:sz w:val="22"/>
        </w:rPr>
        <w:t>[skill or approach]</w:t>
      </w:r>
      <w:r>
        <w:rPr>
          <w:sz w:val="22"/>
        </w:rPr>
        <w:t xml:space="preserve"> to your team.</w:t>
      </w:r>
    </w:p>
    <w:p>
      <w:pPr>
        <w:spacing w:after="160" w:before="0"/>
      </w:pPr>
      <w:r>
        <w:rPr>
          <w:i/>
          <w:color w:val="595959"/>
          <w:sz w:val="22"/>
        </w:rPr>
        <w:t>[Optional: briefly add anything you forgot to mention or clarify an answer.]</w:t>
      </w:r>
      <w:r>
        <w:rPr>
          <w:sz w:val="22"/>
        </w:rPr>
        <w:t xml:space="preserve"> Please let me know if you need any additional information from me. I look forward to hearing about the next steps.</w:t>
      </w:r>
    </w:p>
    <w:p>
      <w:pPr>
        <w:spacing w:after="160" w:before="0"/>
      </w:pPr>
      <w:r>
        <w:rPr>
          <w:sz w:val="22"/>
        </w:rPr>
        <w:t>Thank you again for your time and consideration.</w:t>
      </w:r>
    </w:p>
    <w:p>
      <w:pPr>
        <w:spacing w:after="160" w:before="0"/>
      </w:pPr>
      <w:r>
        <w:rPr>
          <w:sz w:val="22"/>
        </w:rPr>
        <w:t>Sincerely,</w:t>
      </w:r>
    </w:p>
    <w:p>
      <w:pPr>
        <w:spacing w:after="0" w:before="0"/>
      </w:pPr>
    </w:p>
    <w:p>
      <w:pPr>
        <w:spacing w:after="160" w:before="0"/>
      </w:pPr>
      <w:r>
        <w:rPr>
          <w:i/>
          <w:color w:val="595959"/>
          <w:sz w:val="22"/>
        </w:rPr>
        <w:t>[Your Full Name]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SHORT EMAIL VERSION</w:t>
      </w:r>
    </w:p>
    <w:p>
      <w:pPr>
        <w:spacing w:after="160" w:before="0"/>
      </w:pPr>
      <w:r>
        <w:rPr>
          <w:b/>
          <w:sz w:val="22"/>
        </w:rPr>
        <w:t xml:space="preserve">Subject: Thank you — </w:t>
      </w:r>
      <w:r>
        <w:rPr>
          <w:b/>
          <w:i/>
          <w:color w:val="595959"/>
          <w:sz w:val="22"/>
        </w:rPr>
        <w:t>[Job Title]</w:t>
      </w:r>
      <w:r>
        <w:rPr>
          <w:b/>
          <w:sz w:val="22"/>
        </w:rPr>
        <w:t xml:space="preserve"> interview</w:t>
      </w:r>
    </w:p>
    <w:p>
      <w:pPr>
        <w:spacing w:after="160" w:before="0"/>
      </w:pPr>
      <w:r>
        <w:rPr>
          <w:sz w:val="22"/>
        </w:rPr>
        <w:t xml:space="preserve">Hi </w:t>
      </w:r>
      <w:r>
        <w:rPr>
          <w:i/>
          <w:color w:val="595959"/>
          <w:sz w:val="22"/>
        </w:rPr>
        <w:t>[First Name]</w:t>
      </w:r>
      <w:r>
        <w:rPr>
          <w:sz w:val="22"/>
        </w:rPr>
        <w:t xml:space="preserve">, thank you for speaking with me today about the </w:t>
      </w:r>
      <w:r>
        <w:rPr>
          <w:i/>
          <w:color w:val="595959"/>
          <w:sz w:val="22"/>
        </w:rPr>
        <w:t>[Job Title]</w:t>
      </w:r>
      <w:r>
        <w:rPr>
          <w:sz w:val="22"/>
        </w:rPr>
        <w:t xml:space="preserve"> role. I especially enjoyed discussing </w:t>
      </w:r>
      <w:r>
        <w:rPr>
          <w:i/>
          <w:color w:val="595959"/>
          <w:sz w:val="22"/>
        </w:rPr>
        <w:t>[specific topic]</w:t>
      </w:r>
      <w:r>
        <w:rPr>
          <w:sz w:val="22"/>
        </w:rPr>
        <w:t xml:space="preserve">, and I'm excited about the chance to help </w:t>
      </w:r>
      <w:r>
        <w:rPr>
          <w:i/>
          <w:color w:val="595959"/>
          <w:sz w:val="22"/>
        </w:rPr>
        <w:t>[Company]</w:t>
      </w:r>
      <w:r>
        <w:rPr>
          <w:sz w:val="22"/>
        </w:rPr>
        <w:t xml:space="preserve"> </w:t>
      </w:r>
      <w:r>
        <w:rPr>
          <w:i/>
          <w:color w:val="595959"/>
          <w:sz w:val="22"/>
        </w:rPr>
        <w:t>[goal]</w:t>
      </w:r>
      <w:r>
        <w:rPr>
          <w:sz w:val="22"/>
        </w:rPr>
        <w:t xml:space="preserve">. Please let me know if I can share anything else. Best regards, </w:t>
      </w:r>
      <w:r>
        <w:rPr>
          <w:i/>
          <w:color w:val="595959"/>
          <w:sz w:val="22"/>
        </w:rPr>
        <w:t>[Your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