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6"/>
        <w:gridCol w:w="4896"/>
        <w:gridCol w:w="4896"/>
      </w:tblGrid>
      <w:tr>
        <w:trPr>
          <w:trHeight w:val="11016" w:hRule="exact"/>
        </w:trPr>
        <w:tc>
          <w:tcPr>
            <w:tcW w:type="dxa" w:w="4896"/>
            <w:tcMar>
              <w:top w:w="432" w:type="dxa"/>
              <w:left w:w="432" w:type="dxa"/>
              <w:bottom w:w="432" w:type="dxa"/>
              <w:right w:w="432" w:type="dxa"/>
            </w:tcMar>
            <w:vAlign w:val="top"/>
            <w:tcBorders>
              <w:top w:val="nil"/>
              <w:left w:val="nil"/>
              <w:bottom w:val="nil"/>
              <w:right w:val="dashed" w:sz="4" w:color="D0D0D0" w:space="0"/>
            </w:tcBorders>
          </w:tcPr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[INSIDE FLAP HEADLINE]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[A short story or testimonial that pulls readers in when they open the brochure.]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[Explain the problem you solve in one or two sentences.]</w:t>
            </w:r>
          </w:p>
          <w:p>
            <w:pPr>
              <w:spacing w:after="80" w:before="200" w:line="240" w:lineRule="auto"/>
              <w:jc w:val="left"/>
            </w:pPr>
            <w:r>
              <w:rPr>
                <w:b w:val="0"/>
                <w:i/>
                <w:color w:val="1F3864"/>
                <w:sz w:val="22"/>
              </w:rPr>
              <w:t>"[This was the best decision we made all year. The team was friendly, fast and fair.]"</w:t>
            </w:r>
          </w:p>
          <w:p>
            <w:pPr>
              <w:spacing w:after="24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— [Customer Name, City]</w:t>
            </w:r>
          </w:p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[WHY CHOOSE US]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[Benefit one]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[Benefit two]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[Benefit three]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[Benefit four]</w:t>
            </w:r>
          </w:p>
          <w:p>
            <w:pPr>
              <w:spacing w:after="200" w:before="200" w:line="240" w:lineRule="auto"/>
              <w:jc w:val="center"/>
            </w:pPr>
            <w:r>
              <w:rPr>
                <w:b w:val="0"/>
                <w:i/>
                <w:color w:val="595959"/>
                <w:sz w:val="20"/>
              </w:rPr>
              <w:t>[Small photo]</w:t>
            </w:r>
          </w:p>
        </w:tc>
        <w:tc>
          <w:tcPr>
            <w:tcW w:type="dxa" w:w="4896"/>
            <w:tcMar>
              <w:top w:w="432" w:type="dxa"/>
              <w:left w:w="432" w:type="dxa"/>
              <w:bottom w:w="432" w:type="dxa"/>
              <w:right w:w="432" w:type="dxa"/>
            </w:tcMar>
            <w:vAlign w:val="bottom"/>
            <w:tcBorders>
              <w:top w:val="nil"/>
              <w:left w:val="nil"/>
              <w:bottom w:val="nil"/>
              <w:right w:val="dashed" w:sz="4" w:color="D0D0D0" w:space="0"/>
            </w:tcBorders>
          </w:tcPr>
          <w:p>
            <w:pPr>
              <w:spacing w:after="120" w:before="0" w:line="240" w:lineRule="auto"/>
              <w:jc w:val="center"/>
            </w:pPr>
            <w:r>
              <w:rPr>
                <w:b/>
                <w:i w:val="0"/>
                <w:color w:val="1F3864"/>
                <w:sz w:val="28"/>
              </w:rPr>
              <w:t>[COMPANY 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160" w:before="0" w:line="240" w:lineRule="auto"/>
              <w:jc w:val="center"/>
            </w:pPr>
            <w:r>
              <w:rPr>
                <w:b w:val="0"/>
                <w:i w:val="0"/>
                <w:sz w:val="20"/>
              </w:rPr>
              <w:t>[City, ST 12345]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20"/>
              </w:rPr>
              <w:t>[(555) 010-1234]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20"/>
              </w:rPr>
              <w:t>[hello@company.com]</w:t>
            </w:r>
          </w:p>
          <w:p>
            <w:pPr>
              <w:spacing w:after="280" w:before="0" w:line="240" w:lineRule="auto"/>
              <w:jc w:val="center"/>
            </w:pPr>
            <w:r>
              <w:rPr>
                <w:b w:val="0"/>
                <w:i w:val="0"/>
                <w:sz w:val="20"/>
              </w:rPr>
              <w:t>[www.company.com]</w:t>
            </w:r>
          </w:p>
          <w:p>
            <w:pPr>
              <w:spacing w:after="200" w:before="200" w:line="240" w:lineRule="auto"/>
              <w:jc w:val="center"/>
            </w:pPr>
            <w:r>
              <w:rPr>
                <w:b w:val="0"/>
                <w:i/>
                <w:color w:val="595959"/>
                <w:sz w:val="20"/>
              </w:rPr>
              <w:t>[Map, QR code or logo]</w:t>
            </w:r>
          </w:p>
        </w:tc>
        <w:tc>
          <w:tcPr>
            <w:tcW w:type="dxa" w:w="4896"/>
            <w:tcMar>
              <w:top w:w="432" w:type="dxa"/>
              <w:left w:w="432" w:type="dxa"/>
              <w:bottom w:w="432" w:type="dxa"/>
              <w:right w:w="432" w:type="dxa"/>
            </w:tcMar>
            <w:shd w:val="clear" w:color="auto" w:fill="EEF3FA"/>
            <w:vAlign w:val="center"/>
          </w:tcPr>
          <w:p>
            <w:pPr>
              <w:spacing w:after="80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[LOGO]</w:t>
            </w:r>
          </w:p>
          <w:p>
            <w:pPr>
              <w:spacing w:after="160" w:before="0" w:line="240" w:lineRule="auto"/>
              <w:jc w:val="center"/>
            </w:pPr>
            <w:r>
              <w:rPr>
                <w:b/>
                <w:i w:val="0"/>
                <w:color w:val="1F3864"/>
                <w:sz w:val="52"/>
              </w:rPr>
              <w:t>[BROCHURE TITLE]</w:t>
            </w:r>
          </w:p>
          <w:p>
            <w:pPr>
              <w:spacing w:after="600" w:before="0" w:line="240" w:lineRule="auto"/>
              <w:jc w:val="center"/>
            </w:pPr>
            <w:r>
              <w:rPr>
                <w:b w:val="0"/>
                <w:i w:val="0"/>
                <w:color w:val="2E74B5"/>
                <w:sz w:val="24"/>
              </w:rPr>
              <w:t>[A one-line promise or tagline]</w:t>
            </w:r>
          </w:p>
          <w:p>
            <w:pPr>
              <w:spacing w:after="200" w:before="200" w:line="240" w:lineRule="auto"/>
              <w:jc w:val="center"/>
            </w:pPr>
            <w:r>
              <w:rPr>
                <w:b w:val="0"/>
                <w:i/>
                <w:color w:val="595959"/>
                <w:sz w:val="20"/>
              </w:rPr>
              <w:t>[Insert a large cover photo here]</w:t>
            </w:r>
          </w:p>
          <w:p>
            <w:pPr>
              <w:spacing w:after="0" w:before="80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[www.company.com]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6"/>
        <w:gridCol w:w="4896"/>
        <w:gridCol w:w="4896"/>
      </w:tblGrid>
      <w:tr>
        <w:trPr>
          <w:trHeight w:val="11016" w:hRule="exact"/>
        </w:trPr>
        <w:tc>
          <w:tcPr>
            <w:tcW w:type="dxa" w:w="4896"/>
            <w:tcMar>
              <w:top w:w="432" w:type="dxa"/>
              <w:left w:w="432" w:type="dxa"/>
              <w:bottom w:w="432" w:type="dxa"/>
              <w:right w:w="432" w:type="dxa"/>
            </w:tcMar>
            <w:vAlign w:val="top"/>
            <w:tcBorders>
              <w:top w:val="nil"/>
              <w:left w:val="nil"/>
              <w:bottom w:val="nil"/>
              <w:right w:val="dashed" w:sz="4" w:color="D0D0D0" w:space="0"/>
            </w:tcBorders>
          </w:tcPr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[ABOUT US]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[Who you are, who you help and what makes you different. Keep paragraphs short and scannable.]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[Founded in 20XX, we have helped hundreds of local families and businesses…]</w:t>
            </w:r>
          </w:p>
          <w:p>
            <w:pPr>
              <w:spacing w:after="200" w:before="200" w:line="240" w:lineRule="auto"/>
              <w:jc w:val="center"/>
            </w:pPr>
            <w:r>
              <w:rPr>
                <w:b w:val="0"/>
                <w:i/>
                <w:color w:val="595959"/>
                <w:sz w:val="20"/>
              </w:rPr>
              <w:t>[Photo of your team or work]</w:t>
            </w:r>
          </w:p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[OUR MISSION]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[One or two sentences about why you do what you do.]</w:t>
            </w:r>
          </w:p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[BY THE NUMBERS]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[500+ happy customers]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[15 years in business]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[4.9★ average rating]</w:t>
            </w:r>
          </w:p>
        </w:tc>
        <w:tc>
          <w:tcPr>
            <w:tcW w:type="dxa" w:w="4896"/>
            <w:tcMar>
              <w:top w:w="432" w:type="dxa"/>
              <w:left w:w="432" w:type="dxa"/>
              <w:bottom w:w="432" w:type="dxa"/>
              <w:right w:w="432" w:type="dxa"/>
            </w:tcMar>
            <w:vAlign w:val="top"/>
            <w:tcBorders>
              <w:top w:val="nil"/>
              <w:left w:val="nil"/>
              <w:bottom w:val="nil"/>
              <w:right w:val="dashed" w:sz="4" w:color="D0D0D0" w:space="0"/>
            </w:tcBorders>
          </w:tcPr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[OUR SERVICES]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[Service one — short description]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[Service two — short description]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[Service three — short description]</w:t>
            </w:r>
          </w:p>
          <w:p>
            <w:pPr>
              <w:spacing w:after="10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•  [Service four — short description]</w:t>
            </w:r>
          </w:p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[HOW IT WORKS]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1. [Step one: get in touch]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2. [Step two: we plan it together]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3. [Step three: enjoy the results]</w:t>
            </w:r>
          </w:p>
          <w:p>
            <w:pPr>
              <w:spacing w:after="200" w:before="200" w:line="240" w:lineRule="auto"/>
              <w:jc w:val="center"/>
            </w:pPr>
            <w:r>
              <w:rPr>
                <w:b w:val="0"/>
                <w:i/>
                <w:color w:val="595959"/>
                <w:sz w:val="20"/>
              </w:rPr>
              <w:t>[Photo or diagram]</w:t>
            </w:r>
          </w:p>
        </w:tc>
        <w:tc>
          <w:tcPr>
            <w:tcW w:type="dxa" w:w="4896"/>
            <w:tcMar>
              <w:top w:w="432" w:type="dxa"/>
              <w:left w:w="432" w:type="dxa"/>
              <w:bottom w:w="432" w:type="dxa"/>
              <w:right w:w="432" w:type="dxa"/>
            </w:tcMar>
            <w:vAlign w:val="top"/>
          </w:tcPr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[PRICING / PACKAGES]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[Basic — $X]  [What's included]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[Standard — $X]  [What's included]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[Premium — $X]  [What's included]</w:t>
            </w:r>
          </w:p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[GET STARTED TODAY]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[Clear call to action: call, visit, scan the QR code or book online.]</w:t>
            </w:r>
          </w:p>
          <w:p>
            <w:pPr>
              <w:spacing w:after="320" w:before="320" w:line="240" w:lineRule="auto"/>
              <w:jc w:val="center"/>
            </w:pPr>
            <w:r>
              <w:rPr>
                <w:b/>
                <w:i w:val="0"/>
                <w:color w:val="C00000"/>
                <w:sz w:val="26"/>
              </w:rPr>
              <w:t>[Special offer: 10% off your first order]</w:t>
            </w:r>
          </w:p>
          <w:p>
            <w:pPr>
              <w:spacing w:after="120" w:before="240" w:line="240" w:lineRule="auto"/>
              <w:jc w:val="left"/>
            </w:pPr>
            <w:r>
              <w:rPr>
                <w:b/>
                <w:i w:val="0"/>
                <w:color w:val="2E74B5"/>
                <w:sz w:val="30"/>
              </w:rPr>
              <w:t>[FAQ]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[Do you offer free estimates?] [Yes — answer briefly.]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sz w:val="23"/>
              </w:rPr>
              <w:t>[What areas do you serve?] [List them.]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5840" w:h="12240" w:orient="landscape"/>
      <w:pgMar w:top="576" w:right="576" w:bottom="576" w:left="57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