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i w:val="0"/>
          <w:sz w:val="22"/>
        </w:rPr>
      </w:r>
    </w:p>
    <w:p>
      <w:pPr>
        <w:spacing w:after="120"/>
        <w:jc w:val="center"/>
      </w:pPr>
      <w:r>
        <w:rPr>
          <w:b w:val="0"/>
          <w:i/>
          <w:color w:val="595959"/>
          <w:sz w:val="22"/>
        </w:rPr>
        <w:t>Together with their families</w:t>
      </w:r>
    </w:p>
    <w:p>
      <w:pPr>
        <w:spacing w:after="120"/>
      </w:pPr>
      <w:r>
        <w:rPr>
          <w:b w:val="0"/>
          <w:i w:val="0"/>
          <w:sz w:val="22"/>
        </w:rPr>
      </w:r>
    </w:p>
    <w:p>
      <w:pPr>
        <w:jc w:val="center"/>
      </w:pPr>
      <w:r>
        <w:rPr>
          <w:b/>
          <w:color w:val="333333"/>
          <w:sz w:val="40"/>
        </w:rPr>
        <w:t>[Partner One Full Name]</w:t>
      </w:r>
    </w:p>
    <w:p>
      <w:pPr>
        <w:spacing w:after="120"/>
        <w:jc w:val="center"/>
      </w:pPr>
      <w:r>
        <w:rPr>
          <w:b w:val="0"/>
          <w:i/>
          <w:color w:val="595959"/>
          <w:sz w:val="32"/>
        </w:rPr>
        <w:t>&amp;</w:t>
      </w:r>
    </w:p>
    <w:p>
      <w:pPr>
        <w:jc w:val="center"/>
      </w:pPr>
      <w:r>
        <w:rPr>
          <w:b/>
          <w:color w:val="333333"/>
          <w:sz w:val="40"/>
        </w:rPr>
        <w:t>[Partner Two Full Name]</w:t>
      </w:r>
    </w:p>
    <w:p>
      <w:pPr>
        <w:spacing w:after="120"/>
      </w:pPr>
      <w:r>
        <w:rPr>
          <w:b w:val="0"/>
          <w:i w:val="0"/>
          <w:sz w:val="22"/>
        </w:rPr>
      </w:r>
    </w:p>
    <w:p>
      <w:pPr>
        <w:spacing w:after="120"/>
        <w:jc w:val="center"/>
      </w:pPr>
      <w:r>
        <w:rPr>
          <w:b w:val="0"/>
          <w:i/>
          <w:color w:val="595959"/>
          <w:sz w:val="22"/>
        </w:rPr>
        <w:t>request the honour of your presence</w:t>
      </w:r>
    </w:p>
    <w:p>
      <w:pPr>
        <w:spacing w:after="120"/>
        <w:jc w:val="center"/>
      </w:pPr>
      <w:r>
        <w:rPr>
          <w:b w:val="0"/>
          <w:i/>
          <w:color w:val="595959"/>
          <w:sz w:val="22"/>
        </w:rPr>
        <w:t>as they exchange vows in marriage</w:t>
      </w:r>
    </w:p>
    <w:p>
      <w:pPr>
        <w:spacing w:after="120"/>
      </w:pPr>
      <w:r>
        <w:rPr>
          <w:b w:val="0"/>
          <w:i w:val="0"/>
          <w:sz w:val="22"/>
        </w:rPr>
      </w:r>
    </w:p>
    <w:p>
      <w:pPr>
        <w:spacing w:after="120"/>
        <w:jc w:val="center"/>
      </w:pPr>
      <w:r>
        <w:rPr>
          <w:b/>
          <w:i w:val="0"/>
          <w:sz w:val="22"/>
        </w:rPr>
        <w:t>[Saturday, the Twenty-First of June]</w:t>
      </w:r>
    </w:p>
    <w:p>
      <w:pPr>
        <w:spacing w:after="120"/>
        <w:jc w:val="center"/>
      </w:pPr>
      <w:r>
        <w:rPr>
          <w:b w:val="0"/>
          <w:i w:val="0"/>
          <w:sz w:val="22"/>
        </w:rPr>
        <w:t>[Two Thousand Twenty-Seven at Four O’Clock in the Afternoon]</w:t>
      </w:r>
    </w:p>
    <w:p>
      <w:pPr>
        <w:spacing w:after="120"/>
      </w:pPr>
      <w:r>
        <w:rPr>
          <w:b w:val="0"/>
          <w:i w:val="0"/>
          <w:sz w:val="22"/>
        </w:rPr>
      </w:r>
    </w:p>
    <w:p>
      <w:pPr>
        <w:spacing w:after="120"/>
        <w:jc w:val="center"/>
      </w:pPr>
      <w:r>
        <w:rPr>
          <w:b/>
          <w:i w:val="0"/>
          <w:sz w:val="22"/>
        </w:rPr>
        <w:t>[Venue Name]</w:t>
      </w:r>
    </w:p>
    <w:p>
      <w:pPr>
        <w:spacing w:after="120"/>
        <w:jc w:val="center"/>
      </w:pPr>
      <w:r>
        <w:rPr>
          <w:b w:val="0"/>
          <w:i w:val="0"/>
          <w:sz w:val="22"/>
        </w:rPr>
        <w:t>[Street Address]  |  [City, State]</w:t>
      </w:r>
    </w:p>
    <w:p>
      <w:pPr>
        <w:spacing w:after="120"/>
      </w:pPr>
      <w:r>
        <w:rPr>
          <w:b w:val="0"/>
          <w:i w:val="0"/>
          <w:sz w:val="22"/>
        </w:rPr>
      </w:r>
    </w:p>
    <w:p>
      <w:pPr>
        <w:spacing w:after="120"/>
        <w:jc w:val="center"/>
      </w:pPr>
      <w:r>
        <w:rPr>
          <w:b w:val="0"/>
          <w:i/>
          <w:color w:val="595959"/>
          <w:sz w:val="22"/>
        </w:rPr>
        <w:t>Reception to follow</w:t>
      </w:r>
    </w:p>
    <w:p>
      <w:pPr>
        <w:spacing w:after="120"/>
      </w:pPr>
      <w:r>
        <w:rPr>
          <w:b w:val="0"/>
          <w:i w:val="0"/>
          <w:sz w:val="22"/>
        </w:rPr>
      </w:r>
    </w:p>
    <w:p>
      <w:pPr>
        <w:jc w:val="center"/>
      </w:pPr>
      <w:r>
        <w:rPr>
          <w:i/>
          <w:color w:val="595959"/>
          <w:sz w:val="20"/>
        </w:rPr>
        <w:t>Kindly reply by [Month Day, Year]</w:t>
        <w:br/>
        <w:t>[RSVP details: website, phone, or email]</w:t>
      </w:r>
    </w:p>
    <w:sectPr w:rsidR="00FC693F" w:rsidRPr="0006063C" w:rsidSect="00034616">
      <w:pgSz w:w="12240" w:h="15840"/>
      <w:pgMar w:top="21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