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 w:before="0"/>
        <w:jc w:val="center"/>
      </w:pPr>
      <w:r>
        <w:rPr>
          <w:b/>
          <w:color w:val="333333"/>
          <w:sz w:val="40"/>
        </w:rPr>
        <w:t>WEEKLY PLANNER</w:t>
      </w:r>
    </w:p>
    <w:p>
      <w:pPr>
        <w:spacing w:after="80" w:before="0"/>
        <w:jc w:val="center"/>
      </w:pPr>
      <w:r>
        <w:rPr>
          <w:color w:val="595959"/>
          <w:sz w:val="20"/>
        </w:rPr>
        <w:t xml:space="preserve">Week of </w:t>
      </w:r>
      <w:r>
        <w:rPr>
          <w:i/>
          <w:color w:val="595959"/>
          <w:sz w:val="20"/>
        </w:rPr>
        <w:t>[Month Day, Year]</w:t>
      </w:r>
    </w:p>
    <w:p>
      <w:pPr>
        <w:keepNext/>
        <w:spacing w:before="200" w:after="80"/>
      </w:pPr>
      <w:r>
        <w:rPr>
          <w:b/>
          <w:color w:val="2E74B5"/>
          <w:sz w:val="24"/>
        </w:rPr>
        <w:t>TOP PRIORITIES THIS WEEK</w:t>
      </w:r>
    </w:p>
    <w:p>
      <w:pPr>
        <w:pStyle w:val="ListNumber"/>
        <w:spacing w:after="60" w:before="0"/>
      </w:pPr>
      <w:r>
        <w:rPr>
          <w:i/>
          <w:color w:val="595959"/>
          <w:sz w:val="22"/>
        </w:rPr>
        <w:t>[Most important goal]</w:t>
      </w:r>
    </w:p>
    <w:p>
      <w:pPr>
        <w:pStyle w:val="ListNumber"/>
        <w:spacing w:after="60" w:before="0"/>
      </w:pPr>
      <w:r>
        <w:rPr>
          <w:i/>
          <w:color w:val="595959"/>
          <w:sz w:val="22"/>
        </w:rPr>
        <w:t>[Second priority]</w:t>
      </w:r>
    </w:p>
    <w:p>
      <w:pPr>
        <w:pStyle w:val="ListNumber"/>
        <w:spacing w:after="60" w:before="0"/>
      </w:pPr>
      <w:r>
        <w:rPr>
          <w:i/>
          <w:color w:val="595959"/>
          <w:sz w:val="22"/>
        </w:rPr>
        <w:t>[Third priority]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120"/>
        <w:gridCol w:w="3120"/>
        <w:gridCol w:w="3120"/>
      </w:tblGrid>
      <w:tr>
        <w:tc>
          <w:tcPr>
            <w:tcW w:type="dxa" w:w="1584"/>
            <w:shd w:val="clear" w:color="auto" w:fill="D9E2F3"/>
          </w:tcPr>
          <w:p>
            <w:r>
              <w:rPr>
                <w:b/>
                <w:sz w:val="22"/>
              </w:rPr>
              <w:t>Day</w:t>
            </w:r>
          </w:p>
        </w:tc>
        <w:tc>
          <w:tcPr>
            <w:tcW w:type="dxa" w:w="4176"/>
            <w:shd w:val="clear" w:color="auto" w:fill="D9E2F3"/>
          </w:tcPr>
          <w:p>
            <w:r>
              <w:rPr>
                <w:b/>
                <w:sz w:val="22"/>
              </w:rPr>
              <w:t>Schedule &amp; appointments</w:t>
            </w:r>
          </w:p>
        </w:tc>
        <w:tc>
          <w:tcPr>
            <w:tcW w:type="dxa" w:w="3600"/>
            <w:shd w:val="clear" w:color="auto" w:fill="D9E2F3"/>
          </w:tcPr>
          <w:p>
            <w:r>
              <w:rPr>
                <w:b/>
                <w:sz w:val="22"/>
              </w:rPr>
              <w:t>To-do</w:t>
            </w:r>
          </w:p>
        </w:tc>
      </w:tr>
      <w:tr>
        <w:trPr>
          <w:trHeight w:val="792" w:hRule="atLeast"/>
        </w:trPr>
        <w:tc>
          <w:tcPr>
            <w:tcW w:type="dxa" w:w="1584"/>
          </w:tcPr>
          <w:p>
            <w:r>
              <w:rPr>
                <w:sz w:val="22"/>
              </w:rPr>
              <w:t>Monday</w:t>
            </w:r>
          </w:p>
        </w:tc>
        <w:tc>
          <w:tcPr>
            <w:tcW w:type="dxa" w:w="4176"/>
          </w:tcPr>
          <w:p>
            <w:r>
              <w:rPr>
                <w:i/>
                <w:color w:val="595959"/>
                <w:sz w:val="22"/>
              </w:rPr>
              <w:t>[ ]</w:t>
            </w:r>
          </w:p>
        </w:tc>
        <w:tc>
          <w:tcPr>
            <w:tcW w:type="dxa" w:w="3600"/>
          </w:tcPr>
          <w:p>
            <w:r>
              <w:rPr>
                <w:sz w:val="22"/>
              </w:rPr>
              <w:t xml:space="preserve">☐ </w:t>
            </w:r>
            <w:r>
              <w:rPr>
                <w:i/>
                <w:color w:val="595959"/>
                <w:sz w:val="22"/>
              </w:rPr>
              <w:t>[ ]</w:t>
            </w:r>
            <w:r>
              <w:br/>
            </w:r>
            <w:r>
              <w:rPr>
                <w:sz w:val="22"/>
              </w:rPr>
              <w:t xml:space="preserve">☐ </w:t>
            </w:r>
            <w:r>
              <w:rPr>
                <w:i/>
                <w:color w:val="595959"/>
                <w:sz w:val="22"/>
              </w:rPr>
              <w:t>[ ]</w:t>
            </w:r>
          </w:p>
        </w:tc>
      </w:tr>
      <w:tr>
        <w:trPr>
          <w:trHeight w:val="792" w:hRule="atLeast"/>
        </w:trPr>
        <w:tc>
          <w:tcPr>
            <w:tcW w:type="dxa" w:w="1584"/>
          </w:tcPr>
          <w:p>
            <w:r>
              <w:rPr>
                <w:sz w:val="22"/>
              </w:rPr>
              <w:t>Tuesday</w:t>
            </w:r>
          </w:p>
        </w:tc>
        <w:tc>
          <w:tcPr>
            <w:tcW w:type="dxa" w:w="4176"/>
          </w:tcPr>
          <w:p>
            <w:r>
              <w:rPr>
                <w:i/>
                <w:color w:val="595959"/>
                <w:sz w:val="22"/>
              </w:rPr>
              <w:t>[ ]</w:t>
            </w:r>
          </w:p>
        </w:tc>
        <w:tc>
          <w:tcPr>
            <w:tcW w:type="dxa" w:w="3600"/>
          </w:tcPr>
          <w:p>
            <w:r>
              <w:rPr>
                <w:sz w:val="22"/>
              </w:rPr>
              <w:t xml:space="preserve">☐ </w:t>
            </w:r>
            <w:r>
              <w:rPr>
                <w:i/>
                <w:color w:val="595959"/>
                <w:sz w:val="22"/>
              </w:rPr>
              <w:t>[ ]</w:t>
            </w:r>
            <w:r>
              <w:br/>
            </w:r>
            <w:r>
              <w:rPr>
                <w:sz w:val="22"/>
              </w:rPr>
              <w:t xml:space="preserve">☐ </w:t>
            </w:r>
            <w:r>
              <w:rPr>
                <w:i/>
                <w:color w:val="595959"/>
                <w:sz w:val="22"/>
              </w:rPr>
              <w:t>[ ]</w:t>
            </w:r>
          </w:p>
        </w:tc>
      </w:tr>
      <w:tr>
        <w:trPr>
          <w:trHeight w:val="792" w:hRule="atLeast"/>
        </w:trPr>
        <w:tc>
          <w:tcPr>
            <w:tcW w:type="dxa" w:w="1584"/>
          </w:tcPr>
          <w:p>
            <w:r>
              <w:rPr>
                <w:sz w:val="22"/>
              </w:rPr>
              <w:t>Wednesday</w:t>
            </w:r>
          </w:p>
        </w:tc>
        <w:tc>
          <w:tcPr>
            <w:tcW w:type="dxa" w:w="4176"/>
          </w:tcPr>
          <w:p>
            <w:r>
              <w:rPr>
                <w:i/>
                <w:color w:val="595959"/>
                <w:sz w:val="22"/>
              </w:rPr>
              <w:t>[ ]</w:t>
            </w:r>
          </w:p>
        </w:tc>
        <w:tc>
          <w:tcPr>
            <w:tcW w:type="dxa" w:w="3600"/>
          </w:tcPr>
          <w:p>
            <w:r>
              <w:rPr>
                <w:sz w:val="22"/>
              </w:rPr>
              <w:t xml:space="preserve">☐ </w:t>
            </w:r>
            <w:r>
              <w:rPr>
                <w:i/>
                <w:color w:val="595959"/>
                <w:sz w:val="22"/>
              </w:rPr>
              <w:t>[ ]</w:t>
            </w:r>
            <w:r>
              <w:br/>
            </w:r>
            <w:r>
              <w:rPr>
                <w:sz w:val="22"/>
              </w:rPr>
              <w:t xml:space="preserve">☐ </w:t>
            </w:r>
            <w:r>
              <w:rPr>
                <w:i/>
                <w:color w:val="595959"/>
                <w:sz w:val="22"/>
              </w:rPr>
              <w:t>[ ]</w:t>
            </w:r>
          </w:p>
        </w:tc>
      </w:tr>
      <w:tr>
        <w:trPr>
          <w:trHeight w:val="792" w:hRule="atLeast"/>
        </w:trPr>
        <w:tc>
          <w:tcPr>
            <w:tcW w:type="dxa" w:w="1584"/>
          </w:tcPr>
          <w:p>
            <w:r>
              <w:rPr>
                <w:sz w:val="22"/>
              </w:rPr>
              <w:t>Thursday</w:t>
            </w:r>
          </w:p>
        </w:tc>
        <w:tc>
          <w:tcPr>
            <w:tcW w:type="dxa" w:w="4176"/>
          </w:tcPr>
          <w:p>
            <w:r>
              <w:rPr>
                <w:i/>
                <w:color w:val="595959"/>
                <w:sz w:val="22"/>
              </w:rPr>
              <w:t>[ ]</w:t>
            </w:r>
          </w:p>
        </w:tc>
        <w:tc>
          <w:tcPr>
            <w:tcW w:type="dxa" w:w="3600"/>
          </w:tcPr>
          <w:p>
            <w:r>
              <w:rPr>
                <w:sz w:val="22"/>
              </w:rPr>
              <w:t xml:space="preserve">☐ </w:t>
            </w:r>
            <w:r>
              <w:rPr>
                <w:i/>
                <w:color w:val="595959"/>
                <w:sz w:val="22"/>
              </w:rPr>
              <w:t>[ ]</w:t>
            </w:r>
            <w:r>
              <w:br/>
            </w:r>
            <w:r>
              <w:rPr>
                <w:sz w:val="22"/>
              </w:rPr>
              <w:t xml:space="preserve">☐ </w:t>
            </w:r>
            <w:r>
              <w:rPr>
                <w:i/>
                <w:color w:val="595959"/>
                <w:sz w:val="22"/>
              </w:rPr>
              <w:t>[ ]</w:t>
            </w:r>
          </w:p>
        </w:tc>
      </w:tr>
      <w:tr>
        <w:trPr>
          <w:trHeight w:val="792" w:hRule="atLeast"/>
        </w:trPr>
        <w:tc>
          <w:tcPr>
            <w:tcW w:type="dxa" w:w="1584"/>
          </w:tcPr>
          <w:p>
            <w:r>
              <w:rPr>
                <w:sz w:val="22"/>
              </w:rPr>
              <w:t>Friday</w:t>
            </w:r>
          </w:p>
        </w:tc>
        <w:tc>
          <w:tcPr>
            <w:tcW w:type="dxa" w:w="4176"/>
          </w:tcPr>
          <w:p>
            <w:r>
              <w:rPr>
                <w:i/>
                <w:color w:val="595959"/>
                <w:sz w:val="22"/>
              </w:rPr>
              <w:t>[ ]</w:t>
            </w:r>
          </w:p>
        </w:tc>
        <w:tc>
          <w:tcPr>
            <w:tcW w:type="dxa" w:w="3600"/>
          </w:tcPr>
          <w:p>
            <w:r>
              <w:rPr>
                <w:sz w:val="22"/>
              </w:rPr>
              <w:t xml:space="preserve">☐ </w:t>
            </w:r>
            <w:r>
              <w:rPr>
                <w:i/>
                <w:color w:val="595959"/>
                <w:sz w:val="22"/>
              </w:rPr>
              <w:t>[ ]</w:t>
            </w:r>
            <w:r>
              <w:br/>
            </w:r>
            <w:r>
              <w:rPr>
                <w:sz w:val="22"/>
              </w:rPr>
              <w:t xml:space="preserve">☐ </w:t>
            </w:r>
            <w:r>
              <w:rPr>
                <w:i/>
                <w:color w:val="595959"/>
                <w:sz w:val="22"/>
              </w:rPr>
              <w:t>[ ]</w:t>
            </w:r>
          </w:p>
        </w:tc>
      </w:tr>
      <w:tr>
        <w:trPr>
          <w:trHeight w:val="792" w:hRule="atLeast"/>
        </w:trPr>
        <w:tc>
          <w:tcPr>
            <w:tcW w:type="dxa" w:w="1584"/>
          </w:tcPr>
          <w:p>
            <w:r>
              <w:rPr>
                <w:sz w:val="22"/>
              </w:rPr>
              <w:t>Saturday</w:t>
            </w:r>
          </w:p>
        </w:tc>
        <w:tc>
          <w:tcPr>
            <w:tcW w:type="dxa" w:w="4176"/>
          </w:tcPr>
          <w:p>
            <w:r>
              <w:rPr>
                <w:i/>
                <w:color w:val="595959"/>
                <w:sz w:val="22"/>
              </w:rPr>
              <w:t>[ ]</w:t>
            </w:r>
          </w:p>
        </w:tc>
        <w:tc>
          <w:tcPr>
            <w:tcW w:type="dxa" w:w="3600"/>
          </w:tcPr>
          <w:p>
            <w:r>
              <w:rPr>
                <w:sz w:val="22"/>
              </w:rPr>
              <w:t xml:space="preserve">☐ </w:t>
            </w:r>
            <w:r>
              <w:rPr>
                <w:i/>
                <w:color w:val="595959"/>
                <w:sz w:val="22"/>
              </w:rPr>
              <w:t>[ ]</w:t>
            </w:r>
            <w:r>
              <w:br/>
            </w:r>
            <w:r>
              <w:rPr>
                <w:sz w:val="22"/>
              </w:rPr>
              <w:t xml:space="preserve">☐ </w:t>
            </w:r>
            <w:r>
              <w:rPr>
                <w:i/>
                <w:color w:val="595959"/>
                <w:sz w:val="22"/>
              </w:rPr>
              <w:t>[ ]</w:t>
            </w:r>
          </w:p>
        </w:tc>
      </w:tr>
      <w:tr>
        <w:trPr>
          <w:trHeight w:val="792" w:hRule="atLeast"/>
        </w:trPr>
        <w:tc>
          <w:tcPr>
            <w:tcW w:type="dxa" w:w="1584"/>
          </w:tcPr>
          <w:p>
            <w:r>
              <w:rPr>
                <w:sz w:val="22"/>
              </w:rPr>
              <w:t>Sunday</w:t>
            </w:r>
          </w:p>
        </w:tc>
        <w:tc>
          <w:tcPr>
            <w:tcW w:type="dxa" w:w="4176"/>
          </w:tcPr>
          <w:p>
            <w:r>
              <w:rPr>
                <w:i/>
                <w:color w:val="595959"/>
                <w:sz w:val="22"/>
              </w:rPr>
              <w:t>[ ]</w:t>
            </w:r>
          </w:p>
        </w:tc>
        <w:tc>
          <w:tcPr>
            <w:tcW w:type="dxa" w:w="3600"/>
          </w:tcPr>
          <w:p>
            <w:r>
              <w:rPr>
                <w:sz w:val="22"/>
              </w:rPr>
              <w:t xml:space="preserve">☐ </w:t>
            </w:r>
            <w:r>
              <w:rPr>
                <w:i/>
                <w:color w:val="595959"/>
                <w:sz w:val="22"/>
              </w:rPr>
              <w:t>[ ]</w:t>
            </w:r>
            <w:r>
              <w:br/>
            </w:r>
            <w:r>
              <w:rPr>
                <w:sz w:val="22"/>
              </w:rPr>
              <w:t xml:space="preserve">☐ </w:t>
            </w:r>
            <w:r>
              <w:rPr>
                <w:i/>
                <w:color w:val="595959"/>
                <w:sz w:val="22"/>
              </w:rPr>
              <w:t>[ ]</w:t>
            </w:r>
          </w:p>
        </w:tc>
      </w:tr>
    </w:tbl>
    <w:p>
      <w:pPr>
        <w:spacing w:after="0" w:before="0"/>
      </w:pPr>
    </w:p>
    <w:p>
      <w:pPr>
        <w:keepNext/>
        <w:spacing w:before="200" w:after="80"/>
      </w:pPr>
      <w:r>
        <w:rPr>
          <w:b/>
          <w:color w:val="2E74B5"/>
          <w:sz w:val="24"/>
        </w:rPr>
        <w:t>HABITS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170"/>
        <w:gridCol w:w="1170"/>
        <w:gridCol w:w="1170"/>
        <w:gridCol w:w="1170"/>
        <w:gridCol w:w="1170"/>
        <w:gridCol w:w="1170"/>
        <w:gridCol w:w="1170"/>
        <w:gridCol w:w="1170"/>
      </w:tblGrid>
      <w:tr>
        <w:tc>
          <w:tcPr>
            <w:tcW w:type="dxa" w:w="3312"/>
            <w:shd w:val="clear" w:color="auto" w:fill="D9E2F3"/>
          </w:tcPr>
          <w:p>
            <w:r>
              <w:rPr>
                <w:b/>
                <w:sz w:val="22"/>
              </w:rPr>
              <w:t>Habit</w:t>
            </w:r>
          </w:p>
        </w:tc>
        <w:tc>
          <w:tcPr>
            <w:tcW w:type="dxa" w:w="864"/>
            <w:shd w:val="clear" w:color="auto" w:fill="D9E2F3"/>
          </w:tcPr>
          <w:p>
            <w:r>
              <w:rPr>
                <w:b/>
                <w:sz w:val="22"/>
              </w:rPr>
              <w:t>M</w:t>
            </w:r>
          </w:p>
        </w:tc>
        <w:tc>
          <w:tcPr>
            <w:tcW w:type="dxa" w:w="864"/>
            <w:shd w:val="clear" w:color="auto" w:fill="D9E2F3"/>
          </w:tcPr>
          <w:p>
            <w:r>
              <w:rPr>
                <w:b/>
                <w:sz w:val="22"/>
              </w:rPr>
              <w:t>T</w:t>
            </w:r>
          </w:p>
        </w:tc>
        <w:tc>
          <w:tcPr>
            <w:tcW w:type="dxa" w:w="864"/>
            <w:shd w:val="clear" w:color="auto" w:fill="D9E2F3"/>
          </w:tcPr>
          <w:p>
            <w:r>
              <w:rPr>
                <w:b/>
                <w:sz w:val="22"/>
              </w:rPr>
              <w:t>W</w:t>
            </w:r>
          </w:p>
        </w:tc>
        <w:tc>
          <w:tcPr>
            <w:tcW w:type="dxa" w:w="864"/>
            <w:shd w:val="clear" w:color="auto" w:fill="D9E2F3"/>
          </w:tcPr>
          <w:p>
            <w:r>
              <w:rPr>
                <w:b/>
                <w:sz w:val="22"/>
              </w:rPr>
              <w:t>T</w:t>
            </w:r>
          </w:p>
        </w:tc>
        <w:tc>
          <w:tcPr>
            <w:tcW w:type="dxa" w:w="864"/>
            <w:shd w:val="clear" w:color="auto" w:fill="D9E2F3"/>
          </w:tcPr>
          <w:p>
            <w:r>
              <w:rPr>
                <w:b/>
                <w:sz w:val="22"/>
              </w:rPr>
              <w:t>F</w:t>
            </w:r>
          </w:p>
        </w:tc>
        <w:tc>
          <w:tcPr>
            <w:tcW w:type="dxa" w:w="864"/>
            <w:shd w:val="clear" w:color="auto" w:fill="D9E2F3"/>
          </w:tcPr>
          <w:p>
            <w:r>
              <w:rPr>
                <w:b/>
                <w:sz w:val="22"/>
              </w:rPr>
              <w:t>S</w:t>
            </w:r>
          </w:p>
        </w:tc>
        <w:tc>
          <w:tcPr>
            <w:tcW w:type="dxa" w:w="864"/>
            <w:shd w:val="clear" w:color="auto" w:fill="D9E2F3"/>
          </w:tcPr>
          <w:p>
            <w:r>
              <w:rPr>
                <w:b/>
                <w:sz w:val="22"/>
              </w:rPr>
              <w:t>S</w:t>
            </w:r>
          </w:p>
        </w:tc>
      </w:tr>
      <w:tr>
        <w:tc>
          <w:tcPr>
            <w:tcW w:type="dxa" w:w="3312"/>
          </w:tcPr>
          <w:p>
            <w:r>
              <w:rPr>
                <w:i/>
                <w:color w:val="595959"/>
                <w:sz w:val="22"/>
              </w:rPr>
              <w:t>[Exercise]</w:t>
            </w:r>
          </w:p>
        </w:tc>
        <w:tc>
          <w:tcPr>
            <w:tcW w:type="dxa" w:w="864"/>
          </w:tcPr>
          <w:p>
            <w:r>
              <w:rPr>
                <w:sz w:val="22"/>
              </w:rPr>
              <w:t>☐</w:t>
            </w:r>
          </w:p>
        </w:tc>
        <w:tc>
          <w:tcPr>
            <w:tcW w:type="dxa" w:w="864"/>
          </w:tcPr>
          <w:p>
            <w:r>
              <w:rPr>
                <w:sz w:val="22"/>
              </w:rPr>
              <w:t>☐</w:t>
            </w:r>
          </w:p>
        </w:tc>
        <w:tc>
          <w:tcPr>
            <w:tcW w:type="dxa" w:w="864"/>
          </w:tcPr>
          <w:p>
            <w:r>
              <w:rPr>
                <w:sz w:val="22"/>
              </w:rPr>
              <w:t>☐</w:t>
            </w:r>
          </w:p>
        </w:tc>
        <w:tc>
          <w:tcPr>
            <w:tcW w:type="dxa" w:w="864"/>
          </w:tcPr>
          <w:p>
            <w:r>
              <w:rPr>
                <w:sz w:val="22"/>
              </w:rPr>
              <w:t>☐</w:t>
            </w:r>
          </w:p>
        </w:tc>
        <w:tc>
          <w:tcPr>
            <w:tcW w:type="dxa" w:w="864"/>
          </w:tcPr>
          <w:p>
            <w:r>
              <w:rPr>
                <w:sz w:val="22"/>
              </w:rPr>
              <w:t>☐</w:t>
            </w:r>
          </w:p>
        </w:tc>
        <w:tc>
          <w:tcPr>
            <w:tcW w:type="dxa" w:w="864"/>
          </w:tcPr>
          <w:p>
            <w:r>
              <w:rPr>
                <w:sz w:val="22"/>
              </w:rPr>
              <w:t>☐</w:t>
            </w:r>
          </w:p>
        </w:tc>
        <w:tc>
          <w:tcPr>
            <w:tcW w:type="dxa" w:w="864"/>
          </w:tcPr>
          <w:p>
            <w:r>
              <w:rPr>
                <w:sz w:val="22"/>
              </w:rPr>
              <w:t>☐</w:t>
            </w:r>
          </w:p>
        </w:tc>
      </w:tr>
      <w:tr>
        <w:tc>
          <w:tcPr>
            <w:tcW w:type="dxa" w:w="3312"/>
          </w:tcPr>
          <w:p>
            <w:r>
              <w:rPr>
                <w:i/>
                <w:color w:val="595959"/>
                <w:sz w:val="22"/>
              </w:rPr>
              <w:t>[Read 20 minutes]</w:t>
            </w:r>
          </w:p>
        </w:tc>
        <w:tc>
          <w:tcPr>
            <w:tcW w:type="dxa" w:w="864"/>
          </w:tcPr>
          <w:p>
            <w:r>
              <w:rPr>
                <w:sz w:val="22"/>
              </w:rPr>
              <w:t>☐</w:t>
            </w:r>
          </w:p>
        </w:tc>
        <w:tc>
          <w:tcPr>
            <w:tcW w:type="dxa" w:w="864"/>
          </w:tcPr>
          <w:p>
            <w:r>
              <w:rPr>
                <w:sz w:val="22"/>
              </w:rPr>
              <w:t>☐</w:t>
            </w:r>
          </w:p>
        </w:tc>
        <w:tc>
          <w:tcPr>
            <w:tcW w:type="dxa" w:w="864"/>
          </w:tcPr>
          <w:p>
            <w:r>
              <w:rPr>
                <w:sz w:val="22"/>
              </w:rPr>
              <w:t>☐</w:t>
            </w:r>
          </w:p>
        </w:tc>
        <w:tc>
          <w:tcPr>
            <w:tcW w:type="dxa" w:w="864"/>
          </w:tcPr>
          <w:p>
            <w:r>
              <w:rPr>
                <w:sz w:val="22"/>
              </w:rPr>
              <w:t>☐</w:t>
            </w:r>
          </w:p>
        </w:tc>
        <w:tc>
          <w:tcPr>
            <w:tcW w:type="dxa" w:w="864"/>
          </w:tcPr>
          <w:p>
            <w:r>
              <w:rPr>
                <w:sz w:val="22"/>
              </w:rPr>
              <w:t>☐</w:t>
            </w:r>
          </w:p>
        </w:tc>
        <w:tc>
          <w:tcPr>
            <w:tcW w:type="dxa" w:w="864"/>
          </w:tcPr>
          <w:p>
            <w:r>
              <w:rPr>
                <w:sz w:val="22"/>
              </w:rPr>
              <w:t>☐</w:t>
            </w:r>
          </w:p>
        </w:tc>
        <w:tc>
          <w:tcPr>
            <w:tcW w:type="dxa" w:w="864"/>
          </w:tcPr>
          <w:p>
            <w:r>
              <w:rPr>
                <w:sz w:val="22"/>
              </w:rPr>
              <w:t>☐</w:t>
            </w:r>
          </w:p>
        </w:tc>
      </w:tr>
      <w:tr>
        <w:tc>
          <w:tcPr>
            <w:tcW w:type="dxa" w:w="3312"/>
          </w:tcPr>
          <w:p>
            <w:r>
              <w:rPr>
                <w:i/>
                <w:color w:val="595959"/>
                <w:sz w:val="22"/>
              </w:rPr>
              <w:t>[Drink water]</w:t>
            </w:r>
          </w:p>
        </w:tc>
        <w:tc>
          <w:tcPr>
            <w:tcW w:type="dxa" w:w="864"/>
          </w:tcPr>
          <w:p>
            <w:r>
              <w:rPr>
                <w:sz w:val="22"/>
              </w:rPr>
              <w:t>☐</w:t>
            </w:r>
          </w:p>
        </w:tc>
        <w:tc>
          <w:tcPr>
            <w:tcW w:type="dxa" w:w="864"/>
          </w:tcPr>
          <w:p>
            <w:r>
              <w:rPr>
                <w:sz w:val="22"/>
              </w:rPr>
              <w:t>☐</w:t>
            </w:r>
          </w:p>
        </w:tc>
        <w:tc>
          <w:tcPr>
            <w:tcW w:type="dxa" w:w="864"/>
          </w:tcPr>
          <w:p>
            <w:r>
              <w:rPr>
                <w:sz w:val="22"/>
              </w:rPr>
              <w:t>☐</w:t>
            </w:r>
          </w:p>
        </w:tc>
        <w:tc>
          <w:tcPr>
            <w:tcW w:type="dxa" w:w="864"/>
          </w:tcPr>
          <w:p>
            <w:r>
              <w:rPr>
                <w:sz w:val="22"/>
              </w:rPr>
              <w:t>☐</w:t>
            </w:r>
          </w:p>
        </w:tc>
        <w:tc>
          <w:tcPr>
            <w:tcW w:type="dxa" w:w="864"/>
          </w:tcPr>
          <w:p>
            <w:r>
              <w:rPr>
                <w:sz w:val="22"/>
              </w:rPr>
              <w:t>☐</w:t>
            </w:r>
          </w:p>
        </w:tc>
        <w:tc>
          <w:tcPr>
            <w:tcW w:type="dxa" w:w="864"/>
          </w:tcPr>
          <w:p>
            <w:r>
              <w:rPr>
                <w:sz w:val="22"/>
              </w:rPr>
              <w:t>☐</w:t>
            </w:r>
          </w:p>
        </w:tc>
        <w:tc>
          <w:tcPr>
            <w:tcW w:type="dxa" w:w="864"/>
          </w:tcPr>
          <w:p>
            <w:r>
              <w:rPr>
                <w:sz w:val="22"/>
              </w:rPr>
              <w:t>☐</w:t>
            </w:r>
          </w:p>
        </w:tc>
      </w:tr>
    </w:tbl>
    <w:p>
      <w:pPr>
        <w:spacing w:after="0" w:before="0"/>
      </w:pPr>
    </w:p>
    <w:p>
      <w:pPr>
        <w:keepNext/>
        <w:spacing w:before="200" w:after="80"/>
      </w:pPr>
      <w:r>
        <w:rPr>
          <w:b/>
          <w:color w:val="2E74B5"/>
          <w:sz w:val="24"/>
        </w:rPr>
        <w:t>NOTES &amp; NEXT WEEK</w:t>
      </w:r>
    </w:p>
    <w:p>
      <w:pPr>
        <w:spacing w:after="160" w:before="0"/>
      </w:pPr>
      <w:r>
        <w:rPr>
          <w:i/>
          <w:color w:val="595959"/>
          <w:sz w:val="22"/>
        </w:rPr>
        <w:t>[Wins, lessons and anything to carry forward.]</w:t>
      </w:r>
    </w:p>
    <w:sectPr w:rsidR="00FC693F" w:rsidRPr="0006063C" w:rsidSect="0003461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 w:eastAsia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